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pPr>
      <w:r>
        <w:rPr>
          <w:rFonts w:ascii="Calibri" w:hAnsi="Calibri"/>
          <w:b/>
          <w:color w:val="FC7C00"/>
          <w:sz w:val="21"/>
        </w:rPr>
        <w:t>ARCHITECTURAL AND ENGINEERING SPECIFICATION</w:t>
      </w:r>
    </w:p>
    <w:p>
      <w:pPr>
        <w:pStyle w:val="Title"/>
      </w:pPr>
      <w:r>
        <w:t>Industrial Wireless Ethernet System</w:t>
      </w:r>
    </w:p>
    <w:p>
      <w:pPr>
        <w:spacing w:after="240"/>
      </w:pPr>
      <w:r>
        <w:rPr>
          <w:rFonts w:ascii="Calibri" w:hAnsi="Calibri"/>
          <w:b/>
          <w:color w:val="FC7C00"/>
          <w:sz w:val="31"/>
        </w:rPr>
        <w:t>Basis of Design: KBC Networks WES4HTG-OMNI</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4680"/>
        <w:gridCol w:w="4680"/>
      </w:tblGrid>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Product family: </w:t>
            </w:r>
            <w:r>
              <w:rPr>
                <w:rFonts w:ascii="Calibri" w:hAnsi="Calibri"/>
                <w:color w:val="243447"/>
                <w:sz w:val="18"/>
              </w:rPr>
              <w:t>Industrial wireless Ethernet equipment</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Document status: </w:t>
            </w:r>
            <w:r>
              <w:rPr>
                <w:rFonts w:ascii="Calibri" w:hAnsi="Calibri"/>
                <w:color w:val="243447"/>
                <w:sz w:val="18"/>
              </w:rPr>
              <w:t>Tender / design specification</w:t>
            </w:r>
          </w:p>
        </w:tc>
      </w:tr>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Source data: </w:t>
            </w:r>
            <w:r>
              <w:rPr>
                <w:rFonts w:ascii="Calibri" w:hAnsi="Calibri"/>
                <w:color w:val="243447"/>
                <w:sz w:val="18"/>
              </w:rPr>
              <w:t>Specsheet-WES4HTG-Omni_Series-Rev2303.pdf</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Prepared: </w:t>
            </w:r>
            <w:r>
              <w:rPr>
                <w:rFonts w:ascii="Calibri" w:hAnsi="Calibri"/>
                <w:color w:val="243447"/>
                <w:sz w:val="18"/>
              </w:rPr>
              <w:t>4 August 2026</w:t>
            </w:r>
          </w:p>
        </w:tc>
      </w:tr>
    </w:tbl>
    <w:p>
      <w:pPr>
        <w:spacing w:after="0"/>
      </w:pPr>
    </w:p>
    <w:p>
      <w:pPr>
        <w:pStyle w:val="Heading1"/>
        <w:keepNext/>
      </w:pPr>
      <w:r>
        <w:t>PART 1 - GENERAL</w:t>
      </w:r>
    </w:p>
    <w:p>
      <w:pPr>
        <w:pStyle w:val="Heading2"/>
        <w:keepNext/>
      </w:pPr>
      <w:r>
        <w:t>1.1 SUMMARY</w:t>
      </w:r>
    </w:p>
    <w:p>
      <w:r>
        <w:t>Provide, install, configure where applicable, test and commission the industrial wireless ethernet system described in this specification, including the required interfaces, power connections, mounting hardware and compatible accessories.</w:t>
      </w:r>
    </w:p>
    <w:p>
      <w:pPr>
        <w:pStyle w:val="Heading2"/>
        <w:keepNext/>
      </w:pPr>
      <w:r>
        <w:t>1.2 BASIS OF DESIGN</w:t>
      </w:r>
    </w:p>
    <w:p>
      <w:r>
        <w:t>Basis-of-design manufacturer and product: KBC Networks WES4HTG-OMNI. Source description: Wireless Ethernet Radio in Industrial.</w:t>
      </w:r>
    </w:p>
    <w:p>
      <w:r>
        <w:t>Equivalent products may be considered only when they meet or exceed every stated interface, performance, power, environmental and mounting requirement without changing the intended system design.</w:t>
      </w:r>
    </w:p>
    <w:p>
      <w:pPr>
        <w:pStyle w:val="Heading2"/>
        <w:keepNext/>
      </w:pPr>
      <w:r>
        <w:t>1.3 SUBMITTALS</w:t>
      </w:r>
    </w:p>
    <w:p>
      <w:pPr>
        <w:pStyle w:val="ListBullet"/>
        <w:spacing w:after="50"/>
        <w:ind w:left="403" w:hanging="230"/>
      </w:pPr>
      <w:r>
        <w:rPr>
          <w:rFonts w:ascii="Calibri" w:hAnsi="Calibri"/>
          <w:color w:val="243447"/>
          <w:sz w:val="21"/>
        </w:rPr>
        <w:t>Manufacturer technical data sheet identifying the exact model and selected hardware variant.</w:t>
      </w:r>
    </w:p>
    <w:p>
      <w:pPr>
        <w:pStyle w:val="ListBullet"/>
        <w:spacing w:after="50"/>
        <w:ind w:left="403" w:hanging="230"/>
      </w:pPr>
      <w:r>
        <w:rPr>
          <w:rFonts w:ascii="Calibri" w:hAnsi="Calibri"/>
          <w:color w:val="243447"/>
          <w:sz w:val="21"/>
        </w:rPr>
        <w:t>Interface or connection schedule identifying the electrical, optical, wireless, power and network connections.</w:t>
      </w:r>
    </w:p>
    <w:p>
      <w:pPr>
        <w:pStyle w:val="ListBullet"/>
        <w:spacing w:after="50"/>
        <w:ind w:left="403" w:hanging="230"/>
      </w:pPr>
      <w:r>
        <w:rPr>
          <w:rFonts w:ascii="Calibri" w:hAnsi="Calibri"/>
          <w:color w:val="243447"/>
          <w:sz w:val="21"/>
        </w:rPr>
        <w:t>Power calculation confirming input-supply compatibility and the total connected load where applicable.</w:t>
      </w:r>
    </w:p>
    <w:p>
      <w:pPr>
        <w:pStyle w:val="ListBullet"/>
        <w:spacing w:after="50"/>
        <w:ind w:left="403" w:hanging="230"/>
      </w:pPr>
      <w:r>
        <w:rPr>
          <w:rFonts w:ascii="Calibri" w:hAnsi="Calibri"/>
          <w:color w:val="243447"/>
          <w:sz w:val="21"/>
        </w:rPr>
        <w:t>Mounting, environmental and configuration details applicable to the proposed installation.</w:t>
      </w:r>
    </w:p>
    <w:p>
      <w:pPr>
        <w:pStyle w:val="Heading2"/>
        <w:keepNext/>
      </w:pPr>
      <w:r>
        <w:t>1.4 QUALITY ASSURANCE</w:t>
      </w:r>
    </w:p>
    <w:p>
      <w:r>
        <w:t>Installation shall be performed by personnel familiar with industrial wireless Ethernet, radio planning, antenna alignment, PoE power, outdoor mounting and applicable network practices. Verify all product capability from the current manufacturer data sheet and selected part number.</w:t>
      </w:r>
    </w:p>
    <w:p>
      <w:pPr>
        <w:pStyle w:val="Heading1"/>
        <w:keepNext/>
        <w:pageBreakBefore/>
      </w:pPr>
      <w:r>
        <w:t>PART 2 - PRODUCTS</w:t>
      </w:r>
    </w:p>
    <w:p>
      <w:pPr>
        <w:pStyle w:val="Heading2"/>
        <w:keepNext/>
      </w:pPr>
      <w:r>
        <w:t>2.1 REQUIRED PRODUCT</w:t>
      </w:r>
    </w:p>
    <w:p>
      <w:r>
        <w:t>The equipment shall be KBC Networks WES4HTG-OMNI, or an approved equivalent meeting all requirements below. It shall be supplied as wireless ethernet radio in industrial.</w:t>
      </w:r>
    </w:p>
    <w:p>
      <w:pPr>
        <w:pStyle w:val="Heading2"/>
        <w:keepNext/>
      </w:pPr>
      <w:r>
        <w:t>2.2 PRODUCT DESCRIPTION</w:t>
      </w:r>
    </w:p>
    <w:p>
      <w:r>
        <w:t>The WES4HTG-AX Series provides a solution within the WES4 series that offers even more operational flexibility, including external</w:t>
      </w:r>
    </w:p>
    <w:p>
      <w:r>
        <w:t>With its dual radio operation, the user can now create a local “hot spot” to access the device via a mobile device rather than physically connecting on the Ethernet port. The mobile connectivity ease of log-in will not obstruct its ability to link to other KBC WES4 and</w:t>
      </w:r>
    </w:p>
    <w:p>
      <w:r>
        <w:t>The KBC WES4HTG-AX features Gigabit Ethernet LAN ports and frequency selection configurations that can support as much as 650 Mbps of throughput in long-range point-to-point and point-to-multipoint applications. Since the firmware is configurable for mode type (Host or Client) and offers auto SSID selection, it can also be adapted to connect to a 3rd party 802.11a/n/ac compliant access point. The WES4HTG-AX units are industrial-rated but must be mounted in an enclosure. KBC offers an enclosure and power solution for the WES4HTG-AX Series.</w:t>
      </w:r>
    </w:p>
    <w:p>
      <w:pPr>
        <w:pStyle w:val="Heading2"/>
        <w:keepNext/>
      </w:pPr>
      <w:r>
        <w:t>2.3 KEY FEATURES</w:t>
      </w:r>
    </w:p>
    <w:p>
      <w:pPr>
        <w:pStyle w:val="ListBullet"/>
        <w:spacing w:after="50"/>
        <w:ind w:left="403" w:hanging="230"/>
      </w:pPr>
      <w:r>
        <w:rPr>
          <w:rFonts w:ascii="Calibri" w:hAnsi="Calibri"/>
          <w:color w:val="243447"/>
          <w:sz w:val="21"/>
        </w:rPr>
        <w:t>Configurable for client/singlepoint host/multipoint host • Point-to-Point &amp; Point-to-Multi Point Systems</w:t>
      </w:r>
    </w:p>
    <w:p>
      <w:pPr>
        <w:pStyle w:val="ListBullet"/>
        <w:spacing w:after="50"/>
        <w:ind w:left="403" w:hanging="230"/>
      </w:pPr>
      <w:r>
        <w:rPr>
          <w:rFonts w:ascii="Calibri" w:hAnsi="Calibri"/>
          <w:color w:val="243447"/>
          <w:sz w:val="21"/>
        </w:rPr>
        <w:t>IEEE802.11ac compliant • High throughput back hauls</w:t>
      </w:r>
    </w:p>
    <w:p>
      <w:pPr>
        <w:pStyle w:val="ListBullet"/>
        <w:spacing w:after="50"/>
        <w:ind w:left="403" w:hanging="230"/>
      </w:pPr>
      <w:r>
        <w:rPr>
          <w:rFonts w:ascii="Calibri" w:hAnsi="Calibri"/>
          <w:color w:val="243447"/>
          <w:sz w:val="21"/>
        </w:rPr>
        <w:t>Transmission Power Control • Megapixel IP camera networks</w:t>
      </w:r>
    </w:p>
    <w:p>
      <w:pPr>
        <w:pStyle w:val="ListBullet"/>
        <w:spacing w:after="50"/>
        <w:ind w:left="403" w:hanging="230"/>
      </w:pPr>
      <w:r>
        <w:rPr>
          <w:rFonts w:ascii="Calibri" w:hAnsi="Calibri"/>
          <w:color w:val="243447"/>
          <w:sz w:val="21"/>
        </w:rPr>
        <w:t>Up to 30dBm output power • Remote gate access</w:t>
      </w:r>
    </w:p>
    <w:p>
      <w:pPr>
        <w:pStyle w:val="ListBullet"/>
        <w:spacing w:after="50"/>
        <w:ind w:left="403" w:hanging="230"/>
      </w:pPr>
      <w:r>
        <w:rPr>
          <w:rFonts w:ascii="Calibri" w:hAnsi="Calibri"/>
          <w:color w:val="243447"/>
          <w:sz w:val="21"/>
        </w:rPr>
        <w:t>Up to 650 Mbps of Throughput • Solar power locations</w:t>
      </w:r>
    </w:p>
    <w:p>
      <w:pPr>
        <w:pStyle w:val="ListBullet"/>
        <w:spacing w:after="50"/>
        <w:ind w:left="403" w:hanging="230"/>
      </w:pPr>
      <w:r>
        <w:rPr>
          <w:rFonts w:ascii="Calibri" w:hAnsi="Calibri"/>
          <w:color w:val="243447"/>
          <w:sz w:val="21"/>
        </w:rPr>
        <w:t>Secure transmission: WPA2 – AES or TKIP encryption • Access Points for Mobile Surveillance Systems</w:t>
      </w:r>
    </w:p>
    <w:p>
      <w:pPr>
        <w:pStyle w:val="ListBullet"/>
        <w:spacing w:after="50"/>
        <w:ind w:left="403" w:hanging="230"/>
      </w:pPr>
      <w:r>
        <w:rPr>
          <w:rFonts w:ascii="Calibri" w:hAnsi="Calibri"/>
          <w:color w:val="243447"/>
          <w:sz w:val="21"/>
        </w:rPr>
        <w:t>Embedded web browser graphical user interface (GUI) for • Non-stationary surveillance or data communication at-a-glance diagnostics and ease of use configuration • Building to remote building network extension</w:t>
      </w:r>
    </w:p>
    <w:p>
      <w:pPr>
        <w:pStyle w:val="ListBullet"/>
        <w:spacing w:after="50"/>
        <w:ind w:left="403" w:hanging="230"/>
      </w:pPr>
      <w:r>
        <w:rPr>
          <w:rFonts w:ascii="Calibri" w:hAnsi="Calibri"/>
          <w:color w:val="243447"/>
          <w:sz w:val="21"/>
        </w:rPr>
        <w:t>Exterior access points</w:t>
      </w:r>
    </w:p>
    <w:p>
      <w:pPr>
        <w:pStyle w:val="Heading2"/>
        <w:keepNext/>
      </w:pPr>
      <w:r>
        <w:t>2.4 SOURCE-VERIFIED TECHNICAL REQUIREMENTS</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3384"/>
        <w:gridCol w:w="5976"/>
      </w:tblGrid>
      <w:tr>
        <w:trPr>
          <w:tblHeader w:val="true"/>
          <w:cantSplit/>
        </w:trPr>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Requirement</w:t>
            </w:r>
          </w:p>
        </w:tc>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Specified performance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Standards - IEEE Standards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IEEE 802.3 10BASE-T, IEEE 802.3u 100BASE-TX IEEE 802.3ab 1000BASE-T, IEEE 802.3x Full Duplex IEEE 802.11a 5GHz, IEEE 802.11h ETSI DFS &amp; TPC IEEE 802.11b/g/n/ac IEEE 802.11n MIMO IEEE 802.11ac MIMO</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Supply Voltage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24~48VDC</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Consumption</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8.658W</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PoE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Passive PoE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Connector</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DC jack</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Radio Frequency Ranges - 5 GHz Range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4.940 GHz to 5.825 GHz</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Radio Frequency Ranges - 2.4 GHz Range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2.400 GHz to 2.482 GHz</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Mechanical (unit) - Dimensions (L x W x D)</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292mm x 152mm x 89mm /11.5” x 6.00” x 3.5”</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Radio Frequency Ranges - Frequency</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Auto-Select</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Radio Frequency Ranges - Operation</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User static selectable Dynamic Frequency Selection (ETSI DFS)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Mechanical (unit) - Weight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0.73 kg / 1.6 lbs.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Radio Frequency Ranges - Power Output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30dBm max (1) Transmit Power Control (ETSI TPC)</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Operating Temperature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-40°~ +74°C / -40°~ +165°F</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Storage Temperature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-40°~ +90°C / -40°~ +194°F</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Radio Frequency Ranges - Channel Bandwidth Spectrum</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Selectable 20, 40 or 80MHz</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Operating Humidity</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0 to 95% non-condensing</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Mean Time Between Failure (MTBF)</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&gt; 100,000 Hours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Antenna Options - 5dBi (included)</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Omni-directional 360</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Antenna Options - 13dBi (available as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External, pole mount 360</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- 10/100/1000Mbps Electrical</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 x RJ45</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Approvals - FCC Part 15 Subpart C</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Class B</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Approvals - CE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Class B</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EN55024 - (IEC61000-4-2,3,4,5,6,8,11)</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Electromagnetic Immunity</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Antenna Connections - 5dBi</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SMA Female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EN55024 - EN 55022 (CISPR 22)</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Electromagnetic Interference (Conduction &amp; Radiation)</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Antenna Connections - 13dBi (optional upgrade)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N Female (requires connecting cable N to SMA)</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EN55024 - EN 60 950: 1992+A1: 1993+A2</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Low Voltage Directive RX Specifications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System - Data throughput (2)</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HT40 650 Mbps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System - Latency</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&lt;10ms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System - Encryption</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TKIP / AES encryption up to 128 bit</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TX Specifications - Operating</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Data Rate Power</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R&amp;TT Directive (1999/5/EC) - Tolerance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Operating Data Rate Sensitivity Mode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Mode - 1 Chain</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2 Chains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Mode - 802.11a</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6 Mbps 27dBm 30dBm</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R&amp;TT Directive (1999/5/EC) - +2dB</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802.11a 6 Mbps -96dBm</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Mode - 54 Mbps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23dBm 26dBm</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R&amp;TT Directive (1999/5/EC) - +2dB</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54 Mbps -78dBm</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Mode - 802.11n HT20 MCS0, MCS8</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26dBm 29dBm</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R&amp;TT Directive (1999/5/EC) - +2dB</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802.11n HT20 MCS0, MCS8 -92dBm</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Mode - MCS7, MCS15</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22dBm 25dBm</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R&amp;TT Directive (1999/5/EC) - +2dB</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MCS7, MCS15 -73dBm</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Mode - 802.11n HT40 MCS0, MCS8</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25dBm 28dBm</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R&amp;TT Directive (1999/5/EC) - +2dB</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802.11n HT40 MCS0, MCS8 -90dBm</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Mode - MCS7, MCS15</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21dBm 24dBm</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R&amp;TT Directive (1999/5/EC) - +2dB</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MCS7, MCS15 -70dBm</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Mode - 802.11ac</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MCS0, MCS10, MCS20 25dBm 28dBm</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R&amp;TT Directive (1999/5/EC) - +2dB</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802.11ac HT40 MCS0, MCS10, MCS20 -90dBm</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Mode - MCS9, MCS19, MCS29</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19dBm 22dBm</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R&amp;TT Directive (1999/5/EC) - +2dB</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MCS9, MCS19, MCS29 -67dBm</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R&amp;TT Directive (1999/5/EC) - 802.11ac HT80 MCS0, MCS10, MCS20</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-88dBm</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R&amp;TT Directive (1999/5/EC) - MCS9, MCS19, MCS29</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-62dBm RX Specifications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R&amp;TT Directive (1999/5/EC) - Tolerance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Operating Data Rate Sensitivity Mode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Mode - 802.11a</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6 Mbps 24dBm 27dBm</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Mode - 54 Mbps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22dBm 25dBm</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Mode - 802.11n HT20 MCS0, MCS8</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23dBm 26dBm</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R&amp;TT Directive (1999/5/EC) - +2dB</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MCS9, MCS19, MCS29 -62dBm</w:t>
            </w:r>
          </w:p>
        </w:tc>
      </w:tr>
    </w:tbl>
    <w:p>
      <w:pPr>
        <w:spacing w:before="180" w:after="160"/>
      </w:pPr>
      <w:r>
        <w:rPr>
          <w:rFonts w:ascii="Calibri" w:hAnsi="Calibri"/>
          <w:b/>
          <w:i/>
          <w:color w:val="FC7C00"/>
          <w:sz w:val="21"/>
        </w:rPr>
        <w:t>The installer shall verify the selected part number, accessories and all project-specific operating limits against the current manufacturer data sheet before procurement and installation.</w:t>
      </w:r>
    </w:p>
    <w:p>
      <w:pPr>
        <w:pStyle w:val="Heading2"/>
        <w:keepNext/>
      </w:pPr>
      <w:r>
        <w:t>2.5 SOURCE VERIFICATION NOTE</w:t>
      </w:r>
    </w:p>
    <w:p>
      <w:r>
        <w:t>The requirements in this document have been prepared from Specsheet-WES4HTG-Omni_Series-Rev2303.pdf. Any configurable channel count, optical module, antenna, power supply, plug, mounting option, battery, solar array, accessory or regional variant shall be selected and confirmed separately where the source sheet presents multiple possibilities.</w:t>
      </w:r>
    </w:p>
    <w:p>
      <w:pPr>
        <w:pStyle w:val="Heading1"/>
        <w:keepNext/>
      </w:pPr>
      <w:r>
        <w:t>PART 3 - EXECUTION</w:t>
      </w:r>
    </w:p>
    <w:p>
      <w:pPr>
        <w:pStyle w:val="Heading2"/>
        <w:keepNext/>
      </w:pPr>
      <w:r>
        <w:t>3.1 EXAMINATION</w:t>
      </w:r>
    </w:p>
    <w:p>
      <w:pPr>
        <w:pStyle w:val="ListBullet"/>
        <w:spacing w:after="50"/>
        <w:ind w:left="403" w:hanging="230"/>
      </w:pPr>
      <w:r>
        <w:rPr>
          <w:rFonts w:ascii="Calibri" w:hAnsi="Calibri"/>
          <w:color w:val="243447"/>
          <w:sz w:val="21"/>
        </w:rPr>
        <w:t>Confirm that the proposed equipment and selected variant match the approved design, required interfaces and intended operating environment.</w:t>
      </w:r>
    </w:p>
    <w:p>
      <w:pPr>
        <w:pStyle w:val="ListBullet"/>
        <w:spacing w:after="50"/>
        <w:ind w:left="403" w:hanging="230"/>
      </w:pPr>
      <w:r>
        <w:rPr>
          <w:rFonts w:ascii="Calibri" w:hAnsi="Calibri"/>
          <w:color w:val="243447"/>
          <w:sz w:val="21"/>
        </w:rPr>
        <w:t>Confirm that all input-power, cable, fiber, antenna, network and mounting conditions are within the manufacturer limits.</w:t>
      </w:r>
    </w:p>
    <w:p>
      <w:pPr>
        <w:pStyle w:val="ListBullet"/>
        <w:spacing w:after="50"/>
        <w:ind w:left="403" w:hanging="230"/>
      </w:pPr>
      <w:r>
        <w:rPr>
          <w:rFonts w:ascii="Calibri" w:hAnsi="Calibri"/>
          <w:color w:val="243447"/>
          <w:sz w:val="21"/>
        </w:rPr>
        <w:t>Confirm that all required accessories, transceivers, power supplies, batteries, antennas, mounting components and interconnection items are available and compatible.</w:t>
      </w:r>
    </w:p>
    <w:p>
      <w:pPr>
        <w:pStyle w:val="ListBullet"/>
        <w:spacing w:after="50"/>
        <w:ind w:left="403" w:hanging="230"/>
      </w:pPr>
      <w:r>
        <w:rPr>
          <w:rFonts w:ascii="Calibri" w:hAnsi="Calibri"/>
          <w:color w:val="243447"/>
          <w:sz w:val="21"/>
        </w:rPr>
        <w:t>Do not begin installation until conflicts between the design, site conditions and manufacturer requirements have been resolved.</w:t>
      </w:r>
    </w:p>
    <w:p>
      <w:pPr>
        <w:pStyle w:val="Heading2"/>
        <w:keepNext/>
      </w:pPr>
      <w:r>
        <w:t>3.2 INSTALLATION</w:t>
      </w:r>
    </w:p>
    <w:p>
      <w:pPr>
        <w:pStyle w:val="ListBullet"/>
        <w:spacing w:after="50"/>
        <w:ind w:left="403" w:hanging="230"/>
      </w:pPr>
      <w:r>
        <w:rPr>
          <w:rFonts w:ascii="Calibri" w:hAnsi="Calibri"/>
          <w:color w:val="243447"/>
          <w:sz w:val="21"/>
        </w:rPr>
        <w:t>Confirm that the selected operating frequency, channel plan and regulatory settings are suitable for the installation region.</w:t>
      </w:r>
    </w:p>
    <w:p>
      <w:pPr>
        <w:pStyle w:val="ListBullet"/>
        <w:spacing w:after="50"/>
        <w:ind w:left="403" w:hanging="230"/>
      </w:pPr>
      <w:r>
        <w:rPr>
          <w:rFonts w:ascii="Calibri" w:hAnsi="Calibri"/>
          <w:color w:val="243447"/>
          <w:sz w:val="21"/>
        </w:rPr>
        <w:t>Confirm line of sight, mounting height, antenna orientation, cable routing, surge protection and environmental exposure.</w:t>
      </w:r>
    </w:p>
    <w:p>
      <w:pPr>
        <w:pStyle w:val="ListBullet"/>
        <w:spacing w:after="50"/>
        <w:ind w:left="403" w:hanging="230"/>
      </w:pPr>
      <w:r>
        <w:rPr>
          <w:rFonts w:ascii="Calibri" w:hAnsi="Calibri"/>
          <w:color w:val="243447"/>
          <w:sz w:val="21"/>
        </w:rPr>
        <w:t>Provide compatible PoE or DC power and verify the required power budget before energising the equipment.</w:t>
      </w:r>
    </w:p>
    <w:p>
      <w:pPr>
        <w:pStyle w:val="ListBullet"/>
        <w:spacing w:after="50"/>
        <w:ind w:left="403" w:hanging="230"/>
      </w:pPr>
      <w:r>
        <w:rPr>
          <w:rFonts w:ascii="Calibri" w:hAnsi="Calibri"/>
          <w:color w:val="243447"/>
          <w:sz w:val="21"/>
        </w:rPr>
        <w:t>Configure, align and secure wireless links in accordance with the manufacturer instructions and approved network design.</w:t>
      </w:r>
    </w:p>
    <w:p>
      <w:pPr>
        <w:pStyle w:val="Heading2"/>
        <w:keepNext/>
      </w:pPr>
      <w:r>
        <w:t>3.3 CONFIGURATION AND COMMISSIONING</w:t>
      </w:r>
    </w:p>
    <w:p>
      <w:pPr>
        <w:pStyle w:val="ListBullet"/>
        <w:spacing w:after="50"/>
        <w:ind w:left="403" w:hanging="230"/>
      </w:pPr>
      <w:r>
        <w:rPr>
          <w:rFonts w:ascii="Calibri" w:hAnsi="Calibri"/>
          <w:color w:val="243447"/>
          <w:sz w:val="21"/>
        </w:rPr>
        <w:t>Verify link association, signal level, throughput and stability under normal operating conditions.</w:t>
      </w:r>
    </w:p>
    <w:p>
      <w:pPr>
        <w:pStyle w:val="ListBullet"/>
        <w:spacing w:after="50"/>
        <w:ind w:left="403" w:hanging="230"/>
      </w:pPr>
      <w:r>
        <w:rPr>
          <w:rFonts w:ascii="Calibri" w:hAnsi="Calibri"/>
          <w:color w:val="243447"/>
          <w:sz w:val="21"/>
        </w:rPr>
        <w:t>Record operating mode, channel, bandwidth, addressing, security and alignment settings.</w:t>
      </w:r>
    </w:p>
    <w:p>
      <w:pPr>
        <w:pStyle w:val="ListBullet"/>
        <w:spacing w:after="50"/>
        <w:ind w:left="403" w:hanging="230"/>
      </w:pPr>
      <w:r>
        <w:rPr>
          <w:rFonts w:ascii="Calibri" w:hAnsi="Calibri"/>
          <w:color w:val="243447"/>
          <w:sz w:val="21"/>
        </w:rPr>
        <w:t>Demonstrate recovery following power interruption and verify required failover or redundancy behaviour where applicable.</w:t>
      </w:r>
    </w:p>
    <w:p>
      <w:pPr>
        <w:pStyle w:val="ListBullet"/>
        <w:spacing w:after="50"/>
        <w:ind w:left="403" w:hanging="230"/>
      </w:pPr>
      <w:r>
        <w:rPr>
          <w:rFonts w:ascii="Calibri" w:hAnsi="Calibri"/>
          <w:color w:val="243447"/>
          <w:sz w:val="21"/>
        </w:rPr>
        <w:t>Provide final configuration records, test results and installed model/serial information.</w:t>
      </w:r>
    </w:p>
    <w:sectPr w:rsidR="00FC693F" w:rsidRPr="0006063C" w:rsidSect="00034616">
      <w:headerReference w:type="default" r:id="rId9"/>
      <w:footerReference w:type="default" r:id="rId10"/>
      <w:pgSz w:w="12240" w:h="15840"/>
      <w:pgMar w:top="1843" w:right="1440" w:bottom="1440" w:left="1440" w:header="360"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3168"/>
      <w:gridCol w:w="3024"/>
      <w:gridCol w:w="3168"/>
    </w:tblGrid>
    <w:tr>
      <w:tc>
        <w:tcPr>
          <w:tcW w:type="dxa" w:w="3120"/>
          <w:tcMar>
            <w:top w:w="0" w:type="dxa"/>
            <w:start w:w="0" w:type="dxa"/>
            <w:bottom w:w="0" w:type="dxa"/>
            <w:end w:w="0" w:type="dxa"/>
          </w:tcMar>
        </w:tcPr>
        <w:p>
          <w:pPr>
            <w:jc w:val="left"/>
          </w:pPr>
          <w:r>
            <w:rPr>
              <w:rFonts w:ascii="Calibri" w:hAnsi="Calibri"/>
              <w:color w:val="243447"/>
              <w:sz w:val="16"/>
            </w:rPr>
            <w:t>04/08/26 – Ver-1001</w:t>
          </w:r>
        </w:p>
      </w:tc>
      <w:tc>
        <w:tcPr>
          <w:tcW w:type="dxa" w:w="3120"/>
          <w:tcMar>
            <w:top w:w="0" w:type="dxa"/>
            <w:start w:w="0" w:type="dxa"/>
            <w:bottom w:w="0" w:type="dxa"/>
            <w:end w:w="0" w:type="dxa"/>
          </w:tcMar>
        </w:tcPr>
        <w:p>
          <w:pPr>
            <w:jc w:val="center"/>
          </w:pPr>
          <w:r>
            <w:rPr>
              <w:rFonts w:ascii="Calibri" w:hAnsi="Calibri"/>
              <w:color w:val="243447"/>
              <w:sz w:val="16"/>
            </w:rPr>
            <w:t>WES4HTG-OMNI</w:t>
          </w:r>
        </w:p>
      </w:tc>
      <w:tc>
        <w:tcPr>
          <w:tcW w:type="dxa" w:w="3120"/>
          <w:tcMar>
            <w:top w:w="0" w:type="dxa"/>
            <w:start w:w="0" w:type="dxa"/>
            <w:bottom w:w="0" w:type="dxa"/>
            <w:end w:w="0" w:type="dxa"/>
          </w:tcMar>
        </w:tcPr>
        <w:p>
          <w:pPr>
            <w:jc w:val="right"/>
          </w:pPr>
          <w:r>
            <w:fldChar w:fldCharType="begin"/>
            <w:instrText xml:space="preserve"> PAGE </w:instrText>
            <w:fldChar w:fldCharType="end"/>
          </w:r>
          <w:r>
            <w:rPr>
              <w:rFonts w:ascii="Calibri" w:hAnsi="Calibri"/>
              <w:color w:val="243447"/>
              <w:sz w:val="16"/>
            </w:rPr>
            <w:t xml:space="preserve"> | Page</w:t>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6912"/>
      <w:gridCol w:w="2448"/>
    </w:tblGrid>
    <w:tr>
      <w:tc>
        <w:tcPr>
          <w:tcW w:type="dxa" w:w="4680"/>
          <w:vAlign w:val="center"/>
          <w:tcMar>
            <w:top w:w="0" w:type="dxa"/>
            <w:start w:w="0" w:type="dxa"/>
            <w:bottom w:w="0" w:type="dxa"/>
            <w:end w:w="0" w:type="dxa"/>
          </w:tcMar>
        </w:tcPr>
        <w:p>
          <w:pPr>
            <w:jc w:val="left"/>
          </w:pPr>
          <w:r>
            <w:rPr>
              <w:rFonts w:ascii="Calibri" w:hAnsi="Calibri"/>
              <w:b/>
              <w:color w:val="5E6875"/>
              <w:sz w:val="17"/>
            </w:rPr>
            <w:t>KBC NETWORKS  |  WES4HTG-OMNI</w:t>
          </w:r>
        </w:p>
      </w:tc>
      <w:tc>
        <w:tcPr>
          <w:tcW w:type="dxa" w:w="4680"/>
          <w:vAlign w:val="center"/>
          <w:tcMar>
            <w:top w:w="0" w:type="dxa"/>
            <w:start w:w="0" w:type="dxa"/>
            <w:bottom w:w="0" w:type="dxa"/>
            <w:end w:w="0" w:type="dxa"/>
          </w:tcMar>
        </w:tcPr>
        <w:p>
          <w:pPr>
            <w:jc w:val="right"/>
          </w:pPr>
          <w:r>
            <w:drawing>
              <wp:inline xmlns:a="http://schemas.openxmlformats.org/drawingml/2006/main" xmlns:pic="http://schemas.openxmlformats.org/drawingml/2006/picture">
                <wp:extent cx="1325880" cy="493351"/>
                <wp:docPr id="1" name="Picture 1"/>
                <wp:cNvGraphicFramePr>
                  <a:graphicFrameLocks noChangeAspect="1"/>
                </wp:cNvGraphicFramePr>
                <a:graphic>
                  <a:graphicData uri="http://schemas.openxmlformats.org/drawingml/2006/picture">
                    <pic:pic>
                      <pic:nvPicPr>
                        <pic:cNvPr id="0" name="kbc_logo.png"/>
                        <pic:cNvPicPr/>
                      </pic:nvPicPr>
                      <pic:blipFill>
                        <a:blip r:embed="rId1"/>
                        <a:stretch>
                          <a:fillRect/>
                        </a:stretch>
                      </pic:blipFill>
                      <pic:spPr>
                        <a:xfrm>
                          <a:off x="0" y="0"/>
                          <a:ext cx="1325880" cy="493351"/>
                        </a:xfrm>
                        <a:prstGeom prst="rect"/>
                      </pic:spPr>
                    </pic:pic>
                  </a:graphicData>
                </a:graphic>
              </wp:inline>
            </w:drawing>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4" w:lineRule="auto"/>
    </w:pPr>
    <w:rPr>
      <w:rFonts w:ascii="Calibri" w:hAnsi="Calibri"/>
      <w:color w:val="243447"/>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00"/>
      <w:outlineLvl w:val="0"/>
    </w:pPr>
    <w:rPr>
      <w:rFonts w:asciiTheme="majorHAnsi" w:eastAsiaTheme="majorEastAsia" w:hAnsiTheme="majorHAnsi" w:cstheme="majorBidi" w:ascii="Calibri" w:hAnsi="Calibri"/>
      <w:b/>
      <w:bCs/>
      <w:color w:val="FC7C00"/>
      <w:sz w:val="32"/>
      <w:szCs w:val="28"/>
    </w:rPr>
  </w:style>
  <w:style w:type="paragraph" w:styleId="Heading2">
    <w:name w:val="heading 2"/>
    <w:basedOn w:val="Normal"/>
    <w:next w:val="Normal"/>
    <w:link w:val="Heading2Char"/>
    <w:uiPriority w:val="9"/>
    <w:unhideWhenUsed/>
    <w:qFormat/>
    <w:rsid w:val="00FC693F"/>
    <w:pPr>
      <w:keepNext/>
      <w:keepLines/>
      <w:spacing w:before="160" w:after="100"/>
      <w:outlineLvl w:val="1"/>
    </w:pPr>
    <w:rPr>
      <w:rFonts w:asciiTheme="majorHAnsi" w:eastAsiaTheme="majorEastAsia" w:hAnsiTheme="majorHAnsi" w:cstheme="majorBidi" w:ascii="Calibri" w:hAnsi="Calibri"/>
      <w:b/>
      <w:bCs/>
      <w:color w:val="FC7C00"/>
      <w:sz w:val="26"/>
      <w:szCs w:val="26"/>
    </w:rPr>
  </w:style>
  <w:style w:type="paragraph" w:styleId="Heading3">
    <w:name w:val="heading 3"/>
    <w:basedOn w:val="Normal"/>
    <w:next w:val="Normal"/>
    <w:link w:val="Heading3Char"/>
    <w:uiPriority w:val="9"/>
    <w:unhideWhenUsed/>
    <w:qFormat/>
    <w:rsid w:val="00FC693F"/>
    <w:pPr>
      <w:keepNext/>
      <w:keepLines/>
      <w:spacing w:before="160" w:after="100"/>
      <w:outlineLvl w:val="2"/>
    </w:pPr>
    <w:rPr>
      <w:rFonts w:asciiTheme="majorHAnsi" w:eastAsiaTheme="majorEastAsia" w:hAnsiTheme="majorHAnsi" w:cstheme="majorBidi" w:ascii="Calibri" w:hAnsi="Calibri"/>
      <w:b/>
      <w:bCs/>
      <w:color w:val="FC7C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160" w:line="240" w:lineRule="auto"/>
      <w:contextualSpacing/>
    </w:pPr>
    <w:rPr>
      <w:rFonts w:asciiTheme="majorHAnsi" w:eastAsiaTheme="majorEastAsia" w:hAnsiTheme="majorHAnsi" w:cstheme="majorBidi" w:ascii="Calibri" w:hAnsi="Calibri"/>
      <w:b/>
      <w:color w:val="243447"/>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KBCTableText">
    <w:name w:val="KBC Table Text"/>
    <w:pPr>
      <w:spacing w:after="0" w:line="240" w:lineRule="auto"/>
    </w:pPr>
    <w:rPr>
      <w:rFonts w:ascii="Calibri" w:hAnsi="Calibri"/>
      <w:color w:val="243447"/>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KBC A&amp;E Specification - WES4HTG-OMNI</dc:title>
  <dc:subject>Industrial wireless Ethernet equipment</dc:subject>
  <dc:creator>KBC Networks</dc:creator>
  <cp:keywords>A&amp;E specification, KBC Networks, wireless</cp:keywords>
  <dc:description>generated by python-docx</dc:description>
  <cp:lastModifiedBy/>
  <cp:revision>1</cp:revision>
  <dcterms:created xsi:type="dcterms:W3CDTF">2013-12-23T23:15:00Z</dcterms:created>
  <dcterms:modified xsi:type="dcterms:W3CDTF">2013-12-23T23:15:00Z</dcterms:modified>
  <cp:category/>
</cp:coreProperties>
</file>