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Ethernet Media Converter</w:t>
      </w:r>
    </w:p>
    <w:p>
      <w:pPr>
        <w:spacing w:after="240"/>
      </w:pPr>
      <w:r>
        <w:rPr>
          <w:rFonts w:ascii="Calibri" w:hAnsi="Calibri"/>
          <w:b/>
          <w:color w:val="FC7C00"/>
          <w:sz w:val="31"/>
        </w:rPr>
        <w:t>Basis of Design: KBC Networks MCGS1</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Ethernet media conversion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Specsheet-MCGS1_Series-Rev2111.pdf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ethernet media converter described in this specification, including the required interfaces, power connections, mounting hardware and compatible accessories.</w:t>
      </w:r>
    </w:p>
    <w:p>
      <w:pPr>
        <w:pStyle w:val="Heading2"/>
        <w:keepNext/>
      </w:pPr>
      <w:r>
        <w:t>1.2 BASIS OF DESIGN</w:t>
      </w:r>
    </w:p>
    <w:p>
      <w:r>
        <w:t>Basis-of-design manufacturer and product: KBC Networks MCGS1. Source description: 10/100/1000 Ethernet Media Converter with PoE+.</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Ethernet, copper and optical interfaces, PoE power budgeting, transceiver selection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MCGS1, or an approved equivalent meeting all requirements below. It shall be supplied as 10/100/1000 ethernet media converter with poe+.</w:t>
      </w:r>
    </w:p>
    <w:p>
      <w:pPr>
        <w:pStyle w:val="Heading2"/>
        <w:keepNext/>
      </w:pPr>
      <w:r>
        <w:t>2.2 PRODUCT DESCRIPTION</w:t>
      </w:r>
    </w:p>
    <w:p>
      <w:r>
        <w:t>The KBC MCGS1 series is a fully ruggedized 10/100/1000 Ethernet media converter with PoE (Power over Ethernet). The unit acts as a PSE (Power Sourcing Equipment) providing 25.5W @ 48Vdc and is fully compliant with the IEEE802.3at specification. It supports transmission of an Ethernet channel</w:t>
      </w:r>
    </w:p>
    <w:p>
      <w:r>
        <w:t>KBC Gigabit media converters are designed for transmission distances up to 2km for multimode fiber and 30km on singlemode fiber (for distances up to 80km, please contact us). If the media converter is to be connected to an SFP port, please contact us for advice about the appropriate optical</w:t>
      </w:r>
    </w:p>
    <w:p>
      <w:pPr>
        <w:pStyle w:val="Heading2"/>
        <w:keepNext/>
      </w:pPr>
      <w:r>
        <w:t>2.3 KEY FEATURES</w:t>
      </w:r>
    </w:p>
    <w:p>
      <w:pPr>
        <w:pStyle w:val="ListBullet"/>
        <w:spacing w:after="50"/>
        <w:ind w:left="403" w:hanging="230"/>
      </w:pPr>
      <w:r>
        <w:rPr>
          <w:rFonts w:ascii="Calibri" w:hAnsi="Calibri"/>
          <w:color w:val="243447"/>
          <w:sz w:val="21"/>
        </w:rPr>
        <w:t>IEEE802.3at high power PoE+</w:t>
      </w:r>
    </w:p>
    <w:p>
      <w:pPr>
        <w:pStyle w:val="ListBullet"/>
        <w:spacing w:after="50"/>
        <w:ind w:left="403" w:hanging="230"/>
      </w:pPr>
      <w:r>
        <w:rPr>
          <w:rFonts w:ascii="Calibri" w:hAnsi="Calibri"/>
          <w:color w:val="243447"/>
          <w:sz w:val="21"/>
        </w:rPr>
        <w:t>IEEE802.3ab compliant</w:t>
      </w:r>
    </w:p>
    <w:p>
      <w:pPr>
        <w:pStyle w:val="ListBullet"/>
        <w:spacing w:after="50"/>
        <w:ind w:left="403" w:hanging="230"/>
      </w:pPr>
      <w:r>
        <w:rPr>
          <w:rFonts w:ascii="Calibri" w:hAnsi="Calibri"/>
          <w:color w:val="243447"/>
          <w:sz w:val="21"/>
        </w:rPr>
        <w:t>10/100/1000 auto-sensing</w:t>
      </w:r>
    </w:p>
    <w:p>
      <w:pPr>
        <w:pStyle w:val="ListBullet"/>
        <w:spacing w:after="50"/>
        <w:ind w:left="403" w:hanging="230"/>
      </w:pPr>
      <w:r>
        <w:rPr>
          <w:rFonts w:ascii="Calibri" w:hAnsi="Calibri"/>
          <w:color w:val="243447"/>
          <w:sz w:val="21"/>
        </w:rPr>
        <w:t>MDI/MDIX</w:t>
      </w:r>
    </w:p>
    <w:p>
      <w:pPr>
        <w:pStyle w:val="ListBullet"/>
        <w:spacing w:after="50"/>
        <w:ind w:left="403" w:hanging="230"/>
      </w:pPr>
      <w:r>
        <w:rPr>
          <w:rFonts w:ascii="Calibri" w:hAnsi="Calibri"/>
          <w:color w:val="243447"/>
          <w:sz w:val="21"/>
        </w:rPr>
        <w:t>Multimode and singlemode interfaces</w:t>
      </w:r>
    </w:p>
    <w:p>
      <w:pPr>
        <w:pStyle w:val="ListBullet"/>
        <w:spacing w:after="50"/>
        <w:ind w:left="403" w:hanging="230"/>
      </w:pPr>
      <w:r>
        <w:rPr>
          <w:rFonts w:ascii="Calibri" w:hAnsi="Calibri"/>
          <w:color w:val="243447"/>
          <w:sz w:val="21"/>
        </w:rPr>
        <w:t>Single and dual fiber</w:t>
      </w:r>
    </w:p>
    <w:p>
      <w:pPr>
        <w:pStyle w:val="ListBullet"/>
        <w:spacing w:after="50"/>
        <w:ind w:left="403" w:hanging="230"/>
      </w:pPr>
      <w:r>
        <w:rPr>
          <w:rFonts w:ascii="Calibri" w:hAnsi="Calibri"/>
          <w:color w:val="243447"/>
          <w:sz w:val="21"/>
        </w:rPr>
        <w:t>Up to 30km on singlemode fiber</w:t>
      </w:r>
    </w:p>
    <w:p>
      <w:pPr>
        <w:pStyle w:val="ListBullet"/>
        <w:spacing w:after="50"/>
        <w:ind w:left="403" w:hanging="230"/>
      </w:pPr>
      <w:r>
        <w:rPr>
          <w:rFonts w:ascii="Calibri" w:hAnsi="Calibri"/>
          <w:color w:val="243447"/>
          <w:sz w:val="21"/>
        </w:rPr>
        <w:t>Wide operational temperature range</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 802.3 10BASE-T IEEE 802.3u 100BASE-TX &amp; 100BASE-FX IEEE 802.3ab 1000BASE-T IEEE 802.3x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+48Vdc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240Vac; Output: +48Vdc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+74°C / -40° ~ +165°F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+74°C / -40° ~ +165°F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Data Formats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Ethernet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Two Way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10/100/1000Mbps auto-sensing half &amp;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(W x H x 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135mm × 115mm × 42mm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 802.3at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Compact &amp; DIN rail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(5.31” x 4.53” x 1.65”)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Power Supplied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+48Vdc @25.5W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Ethernet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x 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 / 1550nm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or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or 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Power(2) Compact &amp; DIN Rail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Specsheet-MCGS1_Series-Rev2111.pdf.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copper speed, duplex mode, optical speed, connector, wavelength, fiber type and link distance for each connection.</w:t>
      </w:r>
    </w:p>
    <w:p>
      <w:pPr>
        <w:pStyle w:val="ListBullet"/>
        <w:spacing w:after="50"/>
        <w:ind w:left="403" w:hanging="230"/>
      </w:pPr>
      <w:r>
        <w:rPr>
          <w:rFonts w:ascii="Calibri" w:hAnsi="Calibri"/>
          <w:color w:val="243447"/>
          <w:sz w:val="21"/>
        </w:rPr>
        <w:t>Provide approved fixed-optic or SFP transceivers matched to the intended optical path.</w:t>
      </w:r>
    </w:p>
    <w:p>
      <w:pPr>
        <w:pStyle w:val="ListBullet"/>
        <w:spacing w:after="50"/>
        <w:ind w:left="403" w:hanging="230"/>
      </w:pPr>
      <w:r>
        <w:rPr>
          <w:rFonts w:ascii="Calibri" w:hAnsi="Calibri"/>
          <w:color w:val="243447"/>
          <w:sz w:val="21"/>
        </w:rPr>
        <w:t>Provide compatible power, protective earthing, cable management and environmental protection.</w:t>
      </w:r>
    </w:p>
    <w:p>
      <w:pPr>
        <w:pStyle w:val="ListBullet"/>
        <w:spacing w:after="50"/>
        <w:ind w:left="403" w:hanging="230"/>
      </w:pPr>
      <w:r>
        <w:rPr>
          <w:rFonts w:ascii="Calibri" w:hAnsi="Calibri"/>
          <w:color w:val="243447"/>
          <w:sz w:val="21"/>
        </w:rPr>
        <w:t>Label each converter, power circuit, copper port and optical link to match the project documentation.</w:t>
      </w:r>
    </w:p>
    <w:p>
      <w:pPr>
        <w:pStyle w:val="Heading2"/>
        <w:keepNext/>
      </w:pPr>
      <w:r>
        <w:t>3.3 CONFIGURATION AND COMMISSIONING</w:t>
      </w:r>
    </w:p>
    <w:p>
      <w:pPr>
        <w:pStyle w:val="ListBullet"/>
        <w:spacing w:after="50"/>
        <w:ind w:left="403" w:hanging="230"/>
      </w:pPr>
      <w:r>
        <w:rPr>
          <w:rFonts w:ascii="Calibri" w:hAnsi="Calibri"/>
          <w:color w:val="243447"/>
          <w:sz w:val="21"/>
        </w:rPr>
        <w:t>Verify link operation on every connected copper and optical interface.</w:t>
      </w:r>
    </w:p>
    <w:p>
      <w:pPr>
        <w:pStyle w:val="ListBullet"/>
        <w:spacing w:after="50"/>
        <w:ind w:left="403" w:hanging="230"/>
      </w:pPr>
      <w:r>
        <w:rPr>
          <w:rFonts w:ascii="Calibri" w:hAnsi="Calibri"/>
          <w:color w:val="243447"/>
          <w:sz w:val="21"/>
        </w:rPr>
        <w:t>Verify PoE negotiation and delivered power at each powered device where applicable.</w:t>
      </w:r>
    </w:p>
    <w:p>
      <w:pPr>
        <w:pStyle w:val="ListBullet"/>
        <w:spacing w:after="50"/>
        <w:ind w:left="403" w:hanging="230"/>
      </w:pPr>
      <w:r>
        <w:rPr>
          <w:rFonts w:ascii="Calibri" w:hAnsi="Calibri"/>
          <w:color w:val="243447"/>
          <w:sz w:val="21"/>
        </w:rPr>
        <w:t>Confirm speed, duplex, link-fault and diagnostic behaviour supported by the selected model.</w:t>
      </w:r>
    </w:p>
    <w:p>
      <w:pPr>
        <w:pStyle w:val="ListBullet"/>
        <w:spacing w:after="50"/>
        <w:ind w:left="403" w:hanging="230"/>
      </w:pPr>
      <w:r>
        <w:rPr>
          <w:rFonts w:ascii="Calibri" w:hAnsi="Calibri"/>
          <w:color w:val="243447"/>
          <w:sz w:val="21"/>
        </w:rPr>
        <w:t>Provide final link schedules,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MCGS1</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MCGS1</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MCGS1</dc:title>
  <dc:subject>Industrial Ethernet media conversion equipment</dc:subject>
  <dc:creator>KBC Networks</dc:creator>
  <cp:keywords>A&amp;E specification, KBC Networks, media-converters</cp:keywords>
  <dc:description>generated by python-docx</dc:description>
  <cp:lastModifiedBy/>
  <cp:revision>1</cp:revision>
  <dcterms:created xsi:type="dcterms:W3CDTF">2013-12-23T23:15:00Z</dcterms:created>
  <dcterms:modified xsi:type="dcterms:W3CDTF">2013-12-23T23:15:00Z</dcterms:modified>
  <cp:category/>
</cp:coreProperties>
</file>