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Ethernet Media Converter</w:t>
      </w:r>
    </w:p>
    <w:p>
      <w:pPr>
        <w:spacing w:after="240"/>
      </w:pPr>
      <w:r>
        <w:rPr>
          <w:rFonts w:ascii="Calibri" w:hAnsi="Calibri"/>
          <w:b/>
          <w:color w:val="FC7C00"/>
          <w:sz w:val="31"/>
        </w:rPr>
        <w:t>Basis of Design: KBC Networks MCGN1</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Ethernet media conversion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Specsheet_MCGN1_Series_Rev1803.pdf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ethernet media converter described in this specification, including the required interfaces, power connections, mounting hardware and compatible accessories.</w:t>
      </w:r>
    </w:p>
    <w:p>
      <w:pPr>
        <w:pStyle w:val="Heading2"/>
        <w:keepNext/>
      </w:pPr>
      <w:r>
        <w:t>1.2 BASIS OF DESIGN</w:t>
      </w:r>
    </w:p>
    <w:p>
      <w:r>
        <w:t>Basis-of-design manufacturer and product: KBC Networks MCGN1. Source description: Industrial one channel 10/100/1000M Ethernet Media Converter.</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Ethernet, copper and optical interfaces, PoE power budgeting, transceiver selection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MCGN1, or an approved equivalent meeting all requirements below. It shall be supplied as industrial one channel 10/100/1000m ethernet media converter.</w:t>
      </w:r>
    </w:p>
    <w:p>
      <w:pPr>
        <w:pStyle w:val="Heading2"/>
        <w:keepNext/>
      </w:pPr>
      <w:r>
        <w:t>2.2 PRODUCT DESCRIPTION</w:t>
      </w:r>
    </w:p>
    <w:p>
      <w:r>
        <w:t>The KBC MCGN1 series is an industrial 10/100/1000M Ethernet media converter. It supports transmission of one channel 10/100/1000Base-T Ethernet over either one or two, multimode or single mode optical fibers with full duplex operation. Plug-and-play design makes installation straightforward, with no electrical or optical adjustment needed. LED indicators are provided to show the operational status of the unit. Rugged design in both enclosure and electrical protection makes it suit for application in harsh environment.</w:t>
      </w:r>
    </w:p>
    <w:p>
      <w:r>
        <w:t>The series is available in wall mount, DIN mount, and 2U passive rack FR2-12, or card version in 2U chassis FR2-16.</w:t>
      </w:r>
    </w:p>
    <w:p>
      <w:pPr>
        <w:pStyle w:val="Heading2"/>
        <w:keepNext/>
      </w:pPr>
      <w:r>
        <w:t>2.3 KEY FEATURES</w:t>
      </w:r>
    </w:p>
    <w:p>
      <w:pPr>
        <w:pStyle w:val="ListBullet"/>
        <w:spacing w:after="50"/>
        <w:ind w:left="403" w:hanging="230"/>
      </w:pPr>
      <w:r>
        <w:rPr>
          <w:rFonts w:ascii="Calibri" w:hAnsi="Calibri"/>
          <w:color w:val="243447"/>
          <w:sz w:val="21"/>
        </w:rPr>
        <w:t>10/100/1000M auto sensing</w:t>
      </w:r>
    </w:p>
    <w:p>
      <w:pPr>
        <w:pStyle w:val="ListBullet"/>
        <w:spacing w:after="50"/>
        <w:ind w:left="403" w:hanging="230"/>
      </w:pPr>
      <w:r>
        <w:rPr>
          <w:rFonts w:ascii="Calibri" w:hAnsi="Calibri"/>
          <w:color w:val="243447"/>
          <w:sz w:val="21"/>
        </w:rPr>
        <w:t>2kV Surge Protection on RJ45 electrical Port</w:t>
      </w:r>
    </w:p>
    <w:p>
      <w:pPr>
        <w:pStyle w:val="ListBullet"/>
        <w:spacing w:after="50"/>
        <w:ind w:left="403" w:hanging="230"/>
      </w:pPr>
      <w:r>
        <w:rPr>
          <w:rFonts w:ascii="Calibri" w:hAnsi="Calibri"/>
          <w:color w:val="243447"/>
          <w:sz w:val="21"/>
        </w:rPr>
        <w:t>Compatible with SFP version of one channel MCGN1 series and two channels MCGN2 series</w:t>
      </w:r>
    </w:p>
    <w:p>
      <w:pPr>
        <w:pStyle w:val="ListBullet"/>
        <w:spacing w:after="50"/>
        <w:ind w:left="403" w:hanging="230"/>
      </w:pPr>
      <w:r>
        <w:rPr>
          <w:rFonts w:ascii="Calibri" w:hAnsi="Calibri"/>
          <w:color w:val="243447"/>
          <w:sz w:val="21"/>
        </w:rPr>
        <w:t>SM(Single Mode) , and MM(Multi Mode)</w:t>
      </w:r>
    </w:p>
    <w:p>
      <w:pPr>
        <w:pStyle w:val="ListBullet"/>
        <w:spacing w:after="50"/>
        <w:ind w:left="403" w:hanging="230"/>
      </w:pPr>
      <w:r>
        <w:rPr>
          <w:rFonts w:ascii="Calibri" w:hAnsi="Calibri"/>
          <w:color w:val="243447"/>
          <w:sz w:val="21"/>
        </w:rPr>
        <w:t>1 fiber or 2 fibers</w:t>
      </w:r>
    </w:p>
    <w:p>
      <w:pPr>
        <w:pStyle w:val="ListBullet"/>
        <w:spacing w:after="50"/>
        <w:ind w:left="403" w:hanging="230"/>
      </w:pPr>
      <w:r>
        <w:rPr>
          <w:rFonts w:ascii="Calibri" w:hAnsi="Calibri"/>
          <w:color w:val="243447"/>
          <w:sz w:val="21"/>
        </w:rPr>
        <w:t>SM&amp;MM: 1310nm/1550m for 1 fiber; 1310nm for 2 fibers</w:t>
      </w:r>
    </w:p>
    <w:p>
      <w:pPr>
        <w:pStyle w:val="ListBullet"/>
        <w:spacing w:after="50"/>
        <w:ind w:left="403" w:hanging="230"/>
      </w:pPr>
      <w:r>
        <w:rPr>
          <w:rFonts w:ascii="Calibri" w:hAnsi="Calibri"/>
          <w:color w:val="243447"/>
          <w:sz w:val="21"/>
        </w:rPr>
        <w:t>Typical SM and MM transmission distance are 20KM and 500m respectively.Longer distance is available</w:t>
      </w:r>
    </w:p>
    <w:p>
      <w:pPr>
        <w:pStyle w:val="ListBullet"/>
        <w:spacing w:after="50"/>
        <w:ind w:left="403" w:hanging="230"/>
      </w:pPr>
      <w:r>
        <w:rPr>
          <w:rFonts w:ascii="Calibri" w:hAnsi="Calibri"/>
          <w:color w:val="243447"/>
          <w:sz w:val="21"/>
        </w:rPr>
        <w:t>IP40 enclosure</w:t>
      </w:r>
    </w:p>
    <w:p>
      <w:pPr>
        <w:pStyle w:val="ListBullet"/>
        <w:spacing w:after="50"/>
        <w:ind w:left="403" w:hanging="230"/>
      </w:pPr>
      <w:r>
        <w:rPr>
          <w:rFonts w:ascii="Calibri" w:hAnsi="Calibri"/>
          <w:color w:val="243447"/>
          <w:sz w:val="21"/>
        </w:rPr>
        <w:t>DIN, Wall Mount</w:t>
      </w:r>
    </w:p>
    <w:p>
      <w:pPr>
        <w:pStyle w:val="ListBullet"/>
        <w:spacing w:after="50"/>
        <w:ind w:left="403" w:hanging="230"/>
      </w:pPr>
      <w:r>
        <w:rPr>
          <w:rFonts w:ascii="Calibri" w:hAnsi="Calibri"/>
          <w:color w:val="243447"/>
          <w:sz w:val="21"/>
        </w:rPr>
        <w:t>FR2-12 passive Rack with 12 slots or Chassis card in FR2-16 with 16 slots</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Standards - IEEE Standards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IEEE802.3, IEEE802.3u IEEE802.3ab,IEEE802.3z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consumption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&lt;3W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240Vac Output: +12Vdc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Data Port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FR2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10/100/1000Mbps Auto-Sensing Half &amp; Full Duplex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Surge Protection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2kV</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+75°C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+85°C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Port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1000Mbps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 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fiber SM&amp;MM:1310nm/1550nm 2 fibers SM&amp;MM: 1310nm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Enclosure Protection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IP40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or 2 MM (50/62.5/125μm) SM (9/125μm)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- 10/100/1000M Electrical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RJ-45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 (3)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SC,FC or ST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Typical Loss Budget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12dB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 (4) Wall Mount/DIN Rail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Typical Distance (1)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MM: 500m SM: 20km Longer distance is available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Cable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CAT5 or CAT6, direct or cross cable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LEDs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Connection status data sending &amp; receiving</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Specsheet_MCGN1_Series_Rev1803.pdf.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copper speed, duplex mode, optical speed, connector, wavelength, fiber type and link distance for each connection.</w:t>
      </w:r>
    </w:p>
    <w:p>
      <w:pPr>
        <w:pStyle w:val="ListBullet"/>
        <w:spacing w:after="50"/>
        <w:ind w:left="403" w:hanging="230"/>
      </w:pPr>
      <w:r>
        <w:rPr>
          <w:rFonts w:ascii="Calibri" w:hAnsi="Calibri"/>
          <w:color w:val="243447"/>
          <w:sz w:val="21"/>
        </w:rPr>
        <w:t>Provide approved fixed-optic or SFP transceivers matched to the intended optical path.</w:t>
      </w:r>
    </w:p>
    <w:p>
      <w:pPr>
        <w:pStyle w:val="ListBullet"/>
        <w:spacing w:after="50"/>
        <w:ind w:left="403" w:hanging="230"/>
      </w:pPr>
      <w:r>
        <w:rPr>
          <w:rFonts w:ascii="Calibri" w:hAnsi="Calibri"/>
          <w:color w:val="243447"/>
          <w:sz w:val="21"/>
        </w:rPr>
        <w:t>Provide compatible power, protective earthing, cable management and environmental protection.</w:t>
      </w:r>
    </w:p>
    <w:p>
      <w:pPr>
        <w:pStyle w:val="ListBullet"/>
        <w:spacing w:after="50"/>
        <w:ind w:left="403" w:hanging="230"/>
      </w:pPr>
      <w:r>
        <w:rPr>
          <w:rFonts w:ascii="Calibri" w:hAnsi="Calibri"/>
          <w:color w:val="243447"/>
          <w:sz w:val="21"/>
        </w:rPr>
        <w:t>Label each converter, power circuit, copper port and optical link to match the project documentation.</w:t>
      </w:r>
    </w:p>
    <w:p>
      <w:pPr>
        <w:pStyle w:val="Heading2"/>
        <w:keepNext/>
      </w:pPr>
      <w:r>
        <w:t>3.3 CONFIGURATION AND COMMISSIONING</w:t>
      </w:r>
    </w:p>
    <w:p>
      <w:pPr>
        <w:pStyle w:val="ListBullet"/>
        <w:spacing w:after="50"/>
        <w:ind w:left="403" w:hanging="230"/>
      </w:pPr>
      <w:r>
        <w:rPr>
          <w:rFonts w:ascii="Calibri" w:hAnsi="Calibri"/>
          <w:color w:val="243447"/>
          <w:sz w:val="21"/>
        </w:rPr>
        <w:t>Verify link operation on every connected copper and optical interface.</w:t>
      </w:r>
    </w:p>
    <w:p>
      <w:pPr>
        <w:pStyle w:val="ListBullet"/>
        <w:spacing w:after="50"/>
        <w:ind w:left="403" w:hanging="230"/>
      </w:pPr>
      <w:r>
        <w:rPr>
          <w:rFonts w:ascii="Calibri" w:hAnsi="Calibri"/>
          <w:color w:val="243447"/>
          <w:sz w:val="21"/>
        </w:rPr>
        <w:t>Verify PoE negotiation and delivered power at each powered device where applicable.</w:t>
      </w:r>
    </w:p>
    <w:p>
      <w:pPr>
        <w:pStyle w:val="ListBullet"/>
        <w:spacing w:after="50"/>
        <w:ind w:left="403" w:hanging="230"/>
      </w:pPr>
      <w:r>
        <w:rPr>
          <w:rFonts w:ascii="Calibri" w:hAnsi="Calibri"/>
          <w:color w:val="243447"/>
          <w:sz w:val="21"/>
        </w:rPr>
        <w:t>Confirm speed, duplex, link-fault and diagnostic behaviour supported by the selected model.</w:t>
      </w:r>
    </w:p>
    <w:p>
      <w:pPr>
        <w:pStyle w:val="ListBullet"/>
        <w:spacing w:after="50"/>
        <w:ind w:left="403" w:hanging="230"/>
      </w:pPr>
      <w:r>
        <w:rPr>
          <w:rFonts w:ascii="Calibri" w:hAnsi="Calibri"/>
          <w:color w:val="243447"/>
          <w:sz w:val="21"/>
        </w:rPr>
        <w:t>Provide final link schedules,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MCGN1</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MCGN1</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MCGN1</dc:title>
  <dc:subject>Industrial Ethernet media conversion equipment</dc:subject>
  <dc:creator>KBC Networks</dc:creator>
  <cp:keywords>A&amp;E specification, KBC Networks, media-converters</cp:keywords>
  <dc:description>generated by python-docx</dc:description>
  <cp:lastModifiedBy/>
  <cp:revision>1</cp:revision>
  <dcterms:created xsi:type="dcterms:W3CDTF">2013-12-23T23:15:00Z</dcterms:created>
  <dcterms:modified xsi:type="dcterms:W3CDTF">2013-12-23T23:15:00Z</dcterms:modified>
  <cp:category/>
</cp:coreProperties>
</file>