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MCCG1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Specsheet-MCCG1_Series-Rev1910.pdf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MCCG1. Source description: Commercial 10/100/1000M Ethernet Media Converter.</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MCCG1, or an approved equivalent meeting all requirements below. It shall be supplied as commercial 10/100/1000m ethernet media converter.</w:t>
      </w:r>
    </w:p>
    <w:p>
      <w:pPr>
        <w:pStyle w:val="Heading2"/>
        <w:keepNext/>
      </w:pPr>
      <w:r>
        <w:t>2.2 PRODUCT DESCRIPTION</w:t>
      </w:r>
    </w:p>
    <w:p>
      <w:r>
        <w:t>The KBC MCCG1 series is a 10/100/1000 Ethernet media converter. It supports transmission of an Ethernet channel over either one or two, multimode or singlemode optical fibers with full duplex operation. Plug- and-play design makes installation straightforward, with no electrical or</w:t>
      </w:r>
    </w:p>
    <w:p>
      <w:r>
        <w:t>The series is available in a compact, wall-mount unit that also fits within a 2U 19” rack. Up to 16 MCCG1 media converters can be accommodated in a rack.</w:t>
      </w:r>
    </w:p>
    <w:p>
      <w:r>
        <w:t>KBC MCCG1 10/100/1000 media converters are designed for transmission distances up to 2km for multimode fiber and 25km on singlemode fiber. If the media converter is to be connected to an SFP port, please contact us for advice since SFPs can vary in the level at which they saturate.</w:t>
      </w:r>
    </w:p>
    <w:p>
      <w:pPr>
        <w:pStyle w:val="Heading2"/>
        <w:keepNext/>
      </w:pPr>
      <w:r>
        <w:t>2.3 KEY FEATURES</w:t>
      </w:r>
    </w:p>
    <w:p>
      <w:pPr>
        <w:pStyle w:val="ListBullet"/>
        <w:spacing w:after="50"/>
        <w:ind w:left="403" w:hanging="230"/>
      </w:pPr>
      <w:r>
        <w:rPr>
          <w:rFonts w:ascii="Calibri" w:hAnsi="Calibri"/>
          <w:color w:val="243447"/>
          <w:sz w:val="21"/>
        </w:rPr>
        <w:t>Compact footprint</w:t>
      </w:r>
    </w:p>
    <w:p>
      <w:pPr>
        <w:pStyle w:val="ListBullet"/>
        <w:spacing w:after="50"/>
        <w:ind w:left="403" w:hanging="230"/>
      </w:pPr>
      <w:r>
        <w:rPr>
          <w:rFonts w:ascii="Calibri" w:hAnsi="Calibri"/>
          <w:color w:val="243447"/>
          <w:sz w:val="21"/>
        </w:rPr>
        <w:t>16 units can be inserted into a 19” rack</w:t>
      </w:r>
    </w:p>
    <w:p>
      <w:pPr>
        <w:pStyle w:val="ListBullet"/>
        <w:spacing w:after="50"/>
        <w:ind w:left="403" w:hanging="230"/>
      </w:pPr>
      <w:r>
        <w:rPr>
          <w:rFonts w:ascii="Calibri" w:hAnsi="Calibri"/>
          <w:color w:val="243447"/>
          <w:sz w:val="21"/>
        </w:rPr>
        <w:t>10/100/1000M auto sensing</w:t>
      </w:r>
    </w:p>
    <w:p>
      <w:pPr>
        <w:pStyle w:val="ListBullet"/>
        <w:spacing w:after="50"/>
        <w:ind w:left="403" w:hanging="230"/>
      </w:pPr>
      <w:r>
        <w:rPr>
          <w:rFonts w:ascii="Calibri" w:hAnsi="Calibri"/>
          <w:color w:val="243447"/>
          <w:sz w:val="21"/>
        </w:rPr>
        <w:t>MDI/MDIX</w:t>
      </w:r>
    </w:p>
    <w:p>
      <w:pPr>
        <w:pStyle w:val="ListBullet"/>
        <w:spacing w:after="50"/>
        <w:ind w:left="403" w:hanging="230"/>
      </w:pPr>
      <w:r>
        <w:rPr>
          <w:rFonts w:ascii="Calibri" w:hAnsi="Calibri"/>
          <w:color w:val="243447"/>
          <w:sz w:val="21"/>
        </w:rPr>
        <w:t>Multimode and singlemode interfaces</w:t>
      </w:r>
    </w:p>
    <w:p>
      <w:pPr>
        <w:pStyle w:val="ListBullet"/>
        <w:spacing w:after="50"/>
        <w:ind w:left="403" w:hanging="230"/>
      </w:pPr>
      <w:r>
        <w:rPr>
          <w:rFonts w:ascii="Calibri" w:hAnsi="Calibri"/>
          <w:color w:val="243447"/>
          <w:sz w:val="21"/>
        </w:rPr>
        <w:t>Single and dual fibers</w:t>
      </w:r>
    </w:p>
    <w:p>
      <w:pPr>
        <w:pStyle w:val="ListBullet"/>
        <w:spacing w:after="50"/>
        <w:ind w:left="403" w:hanging="230"/>
      </w:pPr>
      <w:r>
        <w:rPr>
          <w:rFonts w:ascii="Calibri" w:hAnsi="Calibri"/>
          <w:color w:val="243447"/>
          <w:sz w:val="21"/>
        </w:rPr>
        <w:t>Up to 25km on singlemode fiber</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10Base-TX IEEE802.3u 100Base-TX IEEE802.3ab 1000Base-TX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 +55°C / 14° ~ +131°F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 ~ +55°C / 14° ~ +131°F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Ethernet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10/100/1000Mbps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Compact (L x W x 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76mm x 70mm x 25mm (2.98” x 2.76” x 0.98”)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fiber 1310nm/1550nm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- 2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 (3)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SC or ST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(50/62.5/125μm)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Cable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CAT5 or CAT6, direct or cross cable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Distance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2km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LEDs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Connection status and data sending &amp; receiving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Singlemode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25km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Optical Budget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15dB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Others - Warranty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years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+5Vdc, 2W</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Specsheet-MCCG1_Series-Rev1910.pdf.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MCCG1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MCCG1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MCCG1</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