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FPVG16</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specsheet-fpvg16_series-low-rev1201.pdf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FPVG16. Source description: Sixteen Channel Video Multiplexer, Point-to-Point Transmission.</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FPVG16, or an approved equivalent meeting all requirements below. It shall be supplied as sixteen channel video multiplexer, point-to-point transmission.</w:t>
      </w:r>
    </w:p>
    <w:p>
      <w:pPr>
        <w:pStyle w:val="Heading2"/>
        <w:keepNext/>
      </w:pPr>
      <w:r>
        <w:t>2.2 PRODUCT DESCRIPTION</w:t>
      </w:r>
    </w:p>
    <w:p>
      <w:r>
        <w:t>The KBC FPVG16 series uses the most advanced digital technologies to provide excellent, repeatable performance for today’s CCTV systems. It supports transmission of up to sixteen analog composite video channels over one multimode or singlemode optical fiber. PAL, NTSC and SECAM video standards are fully supported. The plug-and-play design ensures ease of installation with no electrical or optical adjustment needed. LED indicators are provided to clearly show the operational status of the unit.</w:t>
      </w:r>
    </w:p>
    <w:p>
      <w:r>
        <w:t>The series is available in 19” 1U rack-mount or 4U chassis card.</w:t>
      </w:r>
    </w:p>
    <w:p>
      <w:pPr>
        <w:pStyle w:val="Heading2"/>
        <w:keepNext/>
      </w:pPr>
      <w:r>
        <w:t>2.3 KEY FEATURES</w:t>
      </w:r>
    </w:p>
    <w:p>
      <w:pPr>
        <w:pStyle w:val="ListBullet"/>
        <w:spacing w:after="50"/>
        <w:ind w:left="403" w:hanging="230"/>
      </w:pPr>
      <w:r>
        <w:rPr>
          <w:rFonts w:ascii="Calibri" w:hAnsi="Calibri"/>
          <w:color w:val="243447"/>
          <w:sz w:val="21"/>
        </w:rPr>
        <w:t>8 or 10 bit digitally encoded non-compressed video transmission</w:t>
      </w:r>
    </w:p>
    <w:p>
      <w:pPr>
        <w:pStyle w:val="ListBullet"/>
        <w:spacing w:after="50"/>
        <w:ind w:left="403" w:hanging="230"/>
      </w:pPr>
      <w:r>
        <w:rPr>
          <w:rFonts w:ascii="Calibri" w:hAnsi="Calibri"/>
          <w:color w:val="243447"/>
          <w:sz w:val="21"/>
        </w:rPr>
        <w:t>Multimode and singlemode solutions</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19” 1U rack-mount or 4U chassis card configurations</w:t>
      </w:r>
    </w:p>
    <w:p>
      <w:pPr>
        <w:pStyle w:val="ListBullet"/>
        <w:spacing w:after="50"/>
        <w:ind w:left="403" w:hanging="230"/>
      </w:pPr>
      <w:r>
        <w:rPr>
          <w:rFonts w:ascii="Calibri" w:hAnsi="Calibri"/>
          <w:color w:val="243447"/>
          <w:sz w:val="21"/>
        </w:rPr>
        <w:t>Wide optical dynamic range. No adjustment is required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&lt;0.7°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(Rack)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19” 1U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4U Chassis Card Slot(2)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 (1) Input: 100-240Vac;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 (Wall-mount )</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19” 1U module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specsheet-fpvg16_series-low-rev1201.pdf.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FPVG16</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FPVG16</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FPVG16</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