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FDDB1</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specsheet-fddb1_series-low-rev1108.pdf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FDDB1. Source description: One Channel Multi Protocol Bi-Directional Data,.</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FDDB1, or an approved equivalent meeting all requirements below. It shall be supplied as one channel multi protocol bi-directional data,.</w:t>
      </w:r>
    </w:p>
    <w:p>
      <w:pPr>
        <w:pStyle w:val="Heading2"/>
        <w:keepNext/>
      </w:pPr>
      <w:r>
        <w:t>2.2 PRODUCT DESCRIPTION</w:t>
      </w:r>
    </w:p>
    <w:p>
      <w:r>
        <w:t>The KBC FDDB1 series uses the most advanced digital technologies to provide excellent repeatable performance for today’s data systems. It supports transmission of one bi-directional data channel over one multimode or singlemode</w:t>
      </w:r>
    </w:p>
    <w:p>
      <w:pPr>
        <w:pStyle w:val="Heading2"/>
        <w:keepNext/>
      </w:pPr>
      <w:r>
        <w:t>2.3 KEY FEATURES</w:t>
      </w:r>
    </w:p>
    <w:p>
      <w:pPr>
        <w:pStyle w:val="ListBullet"/>
        <w:spacing w:after="50"/>
        <w:ind w:left="403" w:hanging="230"/>
      </w:pPr>
      <w:r>
        <w:rPr>
          <w:rFonts w:ascii="Calibri" w:hAnsi="Calibri"/>
          <w:color w:val="243447"/>
          <w:sz w:val="21"/>
        </w:rPr>
        <w:t>Supports RS232, RS422 and RS485 (2W &amp; 4W)</w:t>
      </w:r>
    </w:p>
    <w:p>
      <w:pPr>
        <w:pStyle w:val="ListBullet"/>
        <w:spacing w:after="50"/>
        <w:ind w:left="403" w:hanging="230"/>
      </w:pPr>
      <w:r>
        <w:rPr>
          <w:rFonts w:ascii="Calibri" w:hAnsi="Calibri"/>
          <w:color w:val="243447"/>
          <w:sz w:val="21"/>
        </w:rPr>
        <w:t>Multimode and singlemode solutions</w:t>
      </w:r>
    </w:p>
    <w:p>
      <w:pPr>
        <w:pStyle w:val="ListBullet"/>
        <w:spacing w:after="50"/>
        <w:ind w:left="403" w:hanging="230"/>
      </w:pPr>
      <w:r>
        <w:rPr>
          <w:rFonts w:ascii="Calibri" w:hAnsi="Calibri"/>
          <w:color w:val="243447"/>
          <w:sz w:val="21"/>
        </w:rPr>
        <w:t>Switchable 120Ω termination and biasing</w:t>
      </w:r>
    </w:p>
    <w:p>
      <w:pPr>
        <w:pStyle w:val="ListBullet"/>
        <w:spacing w:after="50"/>
        <w:ind w:left="403" w:hanging="230"/>
      </w:pPr>
      <w:r>
        <w:rPr>
          <w:rFonts w:ascii="Calibri" w:hAnsi="Calibri"/>
          <w:color w:val="243447"/>
          <w:sz w:val="21"/>
        </w:rPr>
        <w:t>LED indicators provide quick diagnosis of all important system parameters</w:t>
      </w:r>
    </w:p>
    <w:p>
      <w:pPr>
        <w:pStyle w:val="ListBullet"/>
        <w:spacing w:after="50"/>
        <w:ind w:left="403" w:hanging="230"/>
      </w:pPr>
      <w:r>
        <w:rPr>
          <w:rFonts w:ascii="Calibri" w:hAnsi="Calibri"/>
          <w:color w:val="243447"/>
          <w:sz w:val="21"/>
        </w:rPr>
        <w:t>Up to 14 units in a 3U chassis</w:t>
      </w:r>
    </w:p>
    <w:p>
      <w:pPr>
        <w:pStyle w:val="ListBullet"/>
        <w:spacing w:after="50"/>
        <w:ind w:left="403" w:hanging="230"/>
      </w:pPr>
      <w:r>
        <w:rPr>
          <w:rFonts w:ascii="Calibri" w:hAnsi="Calibri"/>
          <w:color w:val="243447"/>
          <w:sz w:val="21"/>
        </w:rPr>
        <w:t>Compact and 3U chassis card configuration</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Data Formats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RS232, RS422, RS485 (2W &amp; 4W)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Number of Two-way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RS232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DC – 115.2 kbps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RS422/485 Data Rate(2)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DC – 250 kbps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Bit Error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&lt;1 x 10-12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Encoding Schemes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Manchester, Bi-Phase, NRZ, NRZI</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(Compact L x W x H)(7)</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70mm x 61mm x 44mm (2.8” x 2.4” x 1.7”)</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Number of 3U Chassis Card Slot(4)</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1310nm/1550nm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or Singlemode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Data</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SC or FC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Power(5)</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Compact 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 Compact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12-24 Vac/dc @ 150mA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 UL and cUL listed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DIP Switch Settings - Data</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RS232, RS422 or RS485 (2W &amp; 4W)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FR3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DIP Switch Settings - 120Ω Termination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On / Off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DIP Switch Settings - Biasing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On / Off</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specsheet-fddb1_series-low-rev1108.pdf.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FDDB1</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FDDB1</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FDDB1</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