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60"/>
      </w:pPr>
      <w:r>
        <w:rPr>
          <w:rFonts w:ascii="Calibri" w:hAnsi="Calibri"/>
          <w:b/>
          <w:color w:val="FC7C00"/>
          <w:sz w:val="21"/>
        </w:rPr>
        <w:t>ARCHITECTURAL AND ENGINEERING SPECIFICATION</w:t>
      </w:r>
    </w:p>
    <w:p>
      <w:pPr>
        <w:pStyle w:val="Title"/>
      </w:pPr>
      <w:r>
        <w:t>Industrial Fiber-Optic Transmission System</w:t>
      </w:r>
    </w:p>
    <w:p>
      <w:pPr>
        <w:spacing w:after="240"/>
      </w:pPr>
      <w:r>
        <w:rPr>
          <w:rFonts w:ascii="Calibri" w:hAnsi="Calibri"/>
          <w:b/>
          <w:color w:val="FC7C00"/>
          <w:sz w:val="31"/>
        </w:rPr>
        <w:t>Basis of Design: KBC Networks ASFOM-FPI</w:t>
      </w:r>
    </w:p>
    <w:tbl>
      <w:tblPr>
        <w:tblW w:type="auto" w:w="0"/>
        <w:jc w:val="center"/>
        <w:tblLayout w:type="fixed"/>
        <w:tblLook w:firstColumn="1" w:firstRow="1" w:lastColumn="0" w:lastRow="0" w:noHBand="0" w:noVBand="1" w:val="04A0"/>
        <w:tblBorders>
          <w:top w:val="single" w:sz="8" w:space="0" w:color="4B4B4B"/>
          <w:left w:val="single" w:sz="8" w:space="0" w:color="4B4B4B"/>
          <w:bottom w:val="single" w:sz="8" w:space="0" w:color="4B4B4B"/>
          <w:right w:val="single" w:sz="8" w:space="0" w:color="4B4B4B"/>
          <w:insideH w:val="single" w:sz="8" w:space="0" w:color="4B4B4B"/>
          <w:insideV w:val="single" w:sz="8" w:space="0" w:color="4B4B4B"/>
        </w:tblBorders>
      </w:tblPr>
      <w:tblGrid>
        <w:gridCol w:w="4680"/>
        <w:gridCol w:w="4680"/>
      </w:tblGrid>
      <w:tr>
        <w:trPr>
          <w:cantSplit/>
        </w:trPr>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Product family: </w:t>
            </w:r>
            <w:r>
              <w:rPr>
                <w:rFonts w:ascii="Calibri" w:hAnsi="Calibri"/>
                <w:color w:val="243447"/>
                <w:sz w:val="18"/>
              </w:rPr>
              <w:t>Industrial fiber-optic transmission equipment</w:t>
            </w:r>
          </w:p>
        </w:tc>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Document status: </w:t>
            </w:r>
            <w:r>
              <w:rPr>
                <w:rFonts w:ascii="Calibri" w:hAnsi="Calibri"/>
                <w:color w:val="243447"/>
                <w:sz w:val="18"/>
              </w:rPr>
              <w:t>Tender / design specification</w:t>
            </w:r>
          </w:p>
        </w:tc>
      </w:tr>
      <w:tr>
        <w:trPr>
          <w:cantSplit/>
        </w:trPr>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Source data: </w:t>
            </w:r>
            <w:r>
              <w:rPr>
                <w:rFonts w:ascii="Calibri" w:hAnsi="Calibri"/>
                <w:color w:val="243447"/>
                <w:sz w:val="18"/>
              </w:rPr>
              <w:t>specsheet-asfom_fpi_series-low-rev1401.pdf</w:t>
            </w:r>
          </w:p>
        </w:tc>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Prepared: </w:t>
            </w:r>
            <w:r>
              <w:rPr>
                <w:rFonts w:ascii="Calibri" w:hAnsi="Calibri"/>
                <w:color w:val="243447"/>
                <w:sz w:val="18"/>
              </w:rPr>
              <w:t>4 August 2026</w:t>
            </w:r>
          </w:p>
        </w:tc>
      </w:tr>
    </w:tbl>
    <w:p>
      <w:pPr>
        <w:spacing w:after="0"/>
      </w:pPr>
    </w:p>
    <w:p>
      <w:pPr>
        <w:pStyle w:val="Heading1"/>
        <w:keepNext/>
      </w:pPr>
      <w:r>
        <w:t>PART 1 - GENERAL</w:t>
      </w:r>
    </w:p>
    <w:p>
      <w:pPr>
        <w:pStyle w:val="Heading2"/>
        <w:keepNext/>
      </w:pPr>
      <w:r>
        <w:t>1.1 SUMMARY</w:t>
      </w:r>
    </w:p>
    <w:p>
      <w:r>
        <w:t>Provide, install, configure where applicable, test and commission the industrial fiber-optic transmission system described in this specification, including the required interfaces, power connections, mounting hardware and compatible accessories.</w:t>
      </w:r>
    </w:p>
    <w:p>
      <w:pPr>
        <w:pStyle w:val="Heading2"/>
        <w:keepNext/>
      </w:pPr>
      <w:r>
        <w:t>1.2 BASIS OF DESIGN</w:t>
      </w:r>
    </w:p>
    <w:p>
      <w:r>
        <w:t>Basis-of-design manufacturer and product: KBC Networks ASFOM-FPI. Source description: Contact Closure Point-to-Point Transmission.</w:t>
      </w:r>
    </w:p>
    <w:p>
      <w:r>
        <w:t>Equivalent products may be considered only when they meet or exceed every stated interface, performance, power, environmental and mounting requirement without changing the intended system design.</w:t>
      </w:r>
    </w:p>
    <w:p>
      <w:pPr>
        <w:pStyle w:val="Heading2"/>
        <w:keepNext/>
      </w:pPr>
      <w:r>
        <w:t>1.3 SUBMITTALS</w:t>
      </w:r>
    </w:p>
    <w:p>
      <w:pPr>
        <w:pStyle w:val="ListBullet"/>
        <w:spacing w:after="50"/>
        <w:ind w:left="403" w:hanging="230"/>
      </w:pPr>
      <w:r>
        <w:rPr>
          <w:rFonts w:ascii="Calibri" w:hAnsi="Calibri"/>
          <w:color w:val="243447"/>
          <w:sz w:val="21"/>
        </w:rPr>
        <w:t>Manufacturer technical data sheet identifying the exact model and selected hardware variant.</w:t>
      </w:r>
    </w:p>
    <w:p>
      <w:pPr>
        <w:pStyle w:val="ListBullet"/>
        <w:spacing w:after="50"/>
        <w:ind w:left="403" w:hanging="230"/>
      </w:pPr>
      <w:r>
        <w:rPr>
          <w:rFonts w:ascii="Calibri" w:hAnsi="Calibri"/>
          <w:color w:val="243447"/>
          <w:sz w:val="21"/>
        </w:rPr>
        <w:t>Interface or connection schedule identifying the electrical, optical, wireless, power and network connections.</w:t>
      </w:r>
    </w:p>
    <w:p>
      <w:pPr>
        <w:pStyle w:val="ListBullet"/>
        <w:spacing w:after="50"/>
        <w:ind w:left="403" w:hanging="230"/>
      </w:pPr>
      <w:r>
        <w:rPr>
          <w:rFonts w:ascii="Calibri" w:hAnsi="Calibri"/>
          <w:color w:val="243447"/>
          <w:sz w:val="21"/>
        </w:rPr>
        <w:t>Power calculation confirming input-supply compatibility and the total connected load where applicable.</w:t>
      </w:r>
    </w:p>
    <w:p>
      <w:pPr>
        <w:pStyle w:val="ListBullet"/>
        <w:spacing w:after="50"/>
        <w:ind w:left="403" w:hanging="230"/>
      </w:pPr>
      <w:r>
        <w:rPr>
          <w:rFonts w:ascii="Calibri" w:hAnsi="Calibri"/>
          <w:color w:val="243447"/>
          <w:sz w:val="21"/>
        </w:rPr>
        <w:t>Mounting, environmental and configuration details applicable to the proposed installation.</w:t>
      </w:r>
    </w:p>
    <w:p>
      <w:pPr>
        <w:pStyle w:val="Heading2"/>
        <w:keepNext/>
      </w:pPr>
      <w:r>
        <w:t>1.4 QUALITY ASSURANCE</w:t>
      </w:r>
    </w:p>
    <w:p>
      <w:r>
        <w:t>Installation shall be performed by personnel familiar with industrial fiber-optic transmission, optical power budgets, connector and wavelength selection, signal interfacing and applicable electrical and network practices. Verify all product capability from the current manufacturer data sheet and selected part number.</w:t>
      </w:r>
    </w:p>
    <w:p>
      <w:pPr>
        <w:pStyle w:val="Heading1"/>
        <w:keepNext/>
        <w:pageBreakBefore/>
      </w:pPr>
      <w:r>
        <w:t>PART 2 - PRODUCTS</w:t>
      </w:r>
    </w:p>
    <w:p>
      <w:pPr>
        <w:pStyle w:val="Heading2"/>
        <w:keepNext/>
      </w:pPr>
      <w:r>
        <w:t>2.1 REQUIRED PRODUCT</w:t>
      </w:r>
    </w:p>
    <w:p>
      <w:r>
        <w:t>The equipment shall be KBC Networks ASFOM-FPI, or an approved equivalent meeting all requirements below. It shall be supplied as contact closure point-to-point transmission.</w:t>
      </w:r>
    </w:p>
    <w:p>
      <w:pPr>
        <w:pStyle w:val="Heading2"/>
        <w:keepNext/>
      </w:pPr>
      <w:r>
        <w:t>2.2 PRODUCT DESCRIPTION</w:t>
      </w:r>
    </w:p>
    <w:p>
      <w:r>
        <w:t>The KBC FPI series is part of the ASFOM product family and provides unique, user-configurable solutions for contact closure signals. It supports transmission of up to 256 simplex</w:t>
      </w:r>
    </w:p>
    <w:p>
      <w:r>
        <w:t>The plug-and-play design ensures ease of installation with no electrical or optical adjustment needed. LED indicators are provided to show the operational status of the unit clearly.</w:t>
      </w:r>
    </w:p>
    <w:p>
      <w:r>
        <w:t>Depending on system requirements, units are available in wall-mount, 1U or 2U 19” rack or 4U chassis card.</w:t>
      </w:r>
    </w:p>
    <w:p>
      <w:pPr>
        <w:pStyle w:val="Heading2"/>
        <w:keepNext/>
      </w:pPr>
      <w:r>
        <w:t>2.3 KEY FEATURES</w:t>
      </w:r>
    </w:p>
    <w:p>
      <w:pPr>
        <w:pStyle w:val="ListBullet"/>
        <w:spacing w:after="50"/>
        <w:ind w:left="403" w:hanging="230"/>
      </w:pPr>
      <w:r>
        <w:rPr>
          <w:rFonts w:ascii="Calibri" w:hAnsi="Calibri"/>
          <w:color w:val="243447"/>
          <w:sz w:val="21"/>
        </w:rPr>
        <w:t>Up to 256 full-duplex contact closure signals</w:t>
      </w:r>
    </w:p>
    <w:p>
      <w:pPr>
        <w:pStyle w:val="ListBullet"/>
        <w:spacing w:after="50"/>
        <w:ind w:left="403" w:hanging="230"/>
      </w:pPr>
      <w:r>
        <w:rPr>
          <w:rFonts w:ascii="Calibri" w:hAnsi="Calibri"/>
          <w:color w:val="243447"/>
          <w:sz w:val="21"/>
        </w:rPr>
        <w:t>Simplex and duplex solutions</w:t>
      </w:r>
    </w:p>
    <w:p>
      <w:pPr>
        <w:pStyle w:val="ListBullet"/>
        <w:spacing w:after="50"/>
        <w:ind w:left="403" w:hanging="230"/>
      </w:pPr>
      <w:r>
        <w:rPr>
          <w:rFonts w:ascii="Calibri" w:hAnsi="Calibri"/>
          <w:color w:val="243447"/>
          <w:sz w:val="21"/>
        </w:rPr>
        <w:t>No fixed configuration</w:t>
      </w:r>
    </w:p>
    <w:p>
      <w:pPr>
        <w:pStyle w:val="ListBullet"/>
        <w:spacing w:after="50"/>
        <w:ind w:left="403" w:hanging="230"/>
      </w:pPr>
      <w:r>
        <w:rPr>
          <w:rFonts w:ascii="Calibri" w:hAnsi="Calibri"/>
          <w:color w:val="243447"/>
          <w:sz w:val="21"/>
        </w:rPr>
        <w:t>All screw block terminal connectors</w:t>
      </w:r>
    </w:p>
    <w:p>
      <w:pPr>
        <w:pStyle w:val="ListBullet"/>
        <w:spacing w:after="50"/>
        <w:ind w:left="403" w:hanging="230"/>
      </w:pPr>
      <w:r>
        <w:rPr>
          <w:rFonts w:ascii="Calibri" w:hAnsi="Calibri"/>
          <w:color w:val="243447"/>
          <w:sz w:val="21"/>
        </w:rPr>
        <w:t>Multimode and singlemode</w:t>
      </w:r>
    </w:p>
    <w:p>
      <w:pPr>
        <w:pStyle w:val="ListBullet"/>
        <w:spacing w:after="50"/>
        <w:ind w:left="403" w:hanging="230"/>
      </w:pPr>
      <w:r>
        <w:rPr>
          <w:rFonts w:ascii="Calibri" w:hAnsi="Calibri"/>
          <w:color w:val="243447"/>
          <w:sz w:val="21"/>
        </w:rPr>
        <w:t>Wall-mount, rack or chassis configurations</w:t>
      </w:r>
    </w:p>
    <w:p>
      <w:pPr>
        <w:pStyle w:val="ListBullet"/>
        <w:spacing w:after="50"/>
        <w:ind w:left="403" w:hanging="230"/>
      </w:pPr>
      <w:r>
        <w:rPr>
          <w:rFonts w:ascii="Calibri" w:hAnsi="Calibri"/>
          <w:color w:val="243447"/>
          <w:sz w:val="21"/>
        </w:rPr>
        <w:t>Unique Configurator software package</w:t>
      </w:r>
    </w:p>
    <w:p>
      <w:pPr>
        <w:pStyle w:val="Heading2"/>
        <w:keepNext/>
      </w:pPr>
      <w:r>
        <w:t>2.4 SOURCE-VERIFIED TECHNICAL REQUIREMENTS</w:t>
      </w:r>
    </w:p>
    <w:tbl>
      <w:tblPr>
        <w:tblW w:type="auto" w:w="0"/>
        <w:jc w:val="center"/>
        <w:tblLayout w:type="fixed"/>
        <w:tblLook w:firstColumn="1" w:firstRow="1" w:lastColumn="0" w:lastRow="0" w:noHBand="0" w:noVBand="1" w:val="04A0"/>
        <w:tblBorders>
          <w:top w:val="single" w:sz="8" w:space="0" w:color="4B4B4B"/>
          <w:left w:val="single" w:sz="8" w:space="0" w:color="4B4B4B"/>
          <w:bottom w:val="single" w:sz="8" w:space="0" w:color="4B4B4B"/>
          <w:right w:val="single" w:sz="8" w:space="0" w:color="4B4B4B"/>
          <w:insideH w:val="single" w:sz="8" w:space="0" w:color="4B4B4B"/>
          <w:insideV w:val="single" w:sz="8" w:space="0" w:color="4B4B4B"/>
        </w:tblBorders>
      </w:tblPr>
      <w:tblGrid>
        <w:gridCol w:w="3384"/>
        <w:gridCol w:w="5976"/>
      </w:tblGrid>
      <w:tr>
        <w:trPr>
          <w:tblHeader w:val="true"/>
          <w:cantSplit/>
        </w:trPr>
        <w:tc>
          <w:tcPr>
            <w:tcW w:type="dxa" w:w="4680"/>
            <w:shd w:fill="F2F3F7"/>
            <w:tcMar>
              <w:top w:w="100" w:type="dxa"/>
              <w:start w:w="110" w:type="dxa"/>
              <w:bottom w:w="100" w:type="dxa"/>
              <w:end w:w="110" w:type="dxa"/>
            </w:tcMar>
            <w:vAlign w:val="center"/>
          </w:tcPr>
          <w:p>
            <w:pPr>
              <w:pStyle w:val="KBCTableText"/>
            </w:pPr>
            <w:r>
              <w:rPr>
                <w:rFonts w:ascii="Calibri" w:hAnsi="Calibri"/>
                <w:b/>
                <w:color w:val="243447"/>
                <w:sz w:val="19"/>
              </w:rPr>
              <w:t>Requirement</w:t>
            </w:r>
          </w:p>
        </w:tc>
        <w:tc>
          <w:tcPr>
            <w:tcW w:type="dxa" w:w="4680"/>
            <w:shd w:fill="F2F3F7"/>
            <w:tcMar>
              <w:top w:w="100" w:type="dxa"/>
              <w:start w:w="110" w:type="dxa"/>
              <w:bottom w:w="100" w:type="dxa"/>
              <w:end w:w="110" w:type="dxa"/>
            </w:tcMar>
            <w:vAlign w:val="center"/>
          </w:tcPr>
          <w:p>
            <w:pPr>
              <w:pStyle w:val="KBCTableText"/>
            </w:pPr>
            <w:r>
              <w:rPr>
                <w:rFonts w:ascii="Calibri" w:hAnsi="Calibri"/>
                <w:b/>
                <w:color w:val="243447"/>
                <w:sz w:val="19"/>
              </w:rPr>
              <w:t>Specified performance</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Contact Closure - Response Time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500μs</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Operating Temperature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-40°~+74°C / -40°~+165°F</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Contact Closure - Input</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Dry Contact Closure, TTL</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Storage Temperature -</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40°~+74°C / -40°~+165°F</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Contact Closure - Output</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SPST Relay, Normally Open</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Operating Humidity</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0 to 95% non-condensing</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Contact Closure - Switch Rating</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1A @ 30 Vdc max, 0.5A @ 125 Vac max</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Mean Time Between Failure (MTBF)</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&gt;100,000 Hours</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Optical - Wavelength</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Single &amp; WDM 1310nm, 1550nm</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Dimensions - Compact wall-mount (L x W x H)(5)</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135mm x 116mm x 36mm (5.31” x 4.57” x 1.42”)</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Optical - Fiber</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Multimode, Singlemode</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Optical - Number of Fibers</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 or 2</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Dimensions - Wall-mount (L x W x H)</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221mm x 155mm x 36mm (8.7” x 6.1” x 1.42”)</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Dimensions - Rack</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1U 19” 1U</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Power - Power Input Wall-mount</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+12-24 Vac/dc</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Dimensions - 2U</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19” 2U</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Power - Power Supply for Wall-mount(1)</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Input: 100 ~ 240 Vac Output: +12 Vdc</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Dimensions - Number of 4U Chassis Card Slots(2)</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Depends on product configuration</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Power - Rack Module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 Input: 100 ~ 240 Vac @ 2A</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Power - Chassis Card</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Supplied from FR3 or FR4 PSU</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Connectors - Contact Closure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8-way screw block terminal</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Connectors - Fiber</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ST, SC or FC (ST fitted as standard)</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Connectors - Power(3)</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Wall-mount Screw block terminal</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Connectors - Rack</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IEC</w:t>
            </w:r>
          </w:p>
        </w:tc>
      </w:tr>
    </w:tbl>
    <w:p>
      <w:pPr>
        <w:spacing w:before="180" w:after="160"/>
      </w:pPr>
      <w:r>
        <w:rPr>
          <w:rFonts w:ascii="Calibri" w:hAnsi="Calibri"/>
          <w:b/>
          <w:i/>
          <w:color w:val="FC7C00"/>
          <w:sz w:val="21"/>
        </w:rPr>
        <w:t>The installer shall verify the selected part number, accessories and all project-specific operating limits against the current manufacturer data sheet before procurement and installation.</w:t>
      </w:r>
    </w:p>
    <w:p>
      <w:pPr>
        <w:pStyle w:val="Heading2"/>
        <w:keepNext/>
      </w:pPr>
      <w:r>
        <w:t>2.5 SOURCE VERIFICATION NOTE</w:t>
      </w:r>
    </w:p>
    <w:p>
      <w:r>
        <w:t>The requirements in this document have been prepared from specsheet-asfom_fpi_series-low-rev1401.pdf. Any configurable channel count, optical module, antenna, power supply, plug, mounting option, battery, solar array, accessory or regional variant shall be selected and confirmed separately where the source sheet presents multiple possibilities.</w:t>
      </w:r>
    </w:p>
    <w:p>
      <w:pPr>
        <w:pStyle w:val="Heading1"/>
        <w:keepNext/>
      </w:pPr>
      <w:r>
        <w:t>PART 3 - EXECUTION</w:t>
      </w:r>
    </w:p>
    <w:p>
      <w:pPr>
        <w:pStyle w:val="Heading2"/>
        <w:keepNext/>
      </w:pPr>
      <w:r>
        <w:t>3.1 EXAMINATION</w:t>
      </w:r>
    </w:p>
    <w:p>
      <w:pPr>
        <w:pStyle w:val="ListBullet"/>
        <w:spacing w:after="50"/>
        <w:ind w:left="403" w:hanging="230"/>
      </w:pPr>
      <w:r>
        <w:rPr>
          <w:rFonts w:ascii="Calibri" w:hAnsi="Calibri"/>
          <w:color w:val="243447"/>
          <w:sz w:val="21"/>
        </w:rPr>
        <w:t>Confirm that the proposed equipment and selected variant match the approved design, required interfaces and intended operating environment.</w:t>
      </w:r>
    </w:p>
    <w:p>
      <w:pPr>
        <w:pStyle w:val="ListBullet"/>
        <w:spacing w:after="50"/>
        <w:ind w:left="403" w:hanging="230"/>
      </w:pPr>
      <w:r>
        <w:rPr>
          <w:rFonts w:ascii="Calibri" w:hAnsi="Calibri"/>
          <w:color w:val="243447"/>
          <w:sz w:val="21"/>
        </w:rPr>
        <w:t>Confirm that all input-power, cable, fiber, antenna, network and mounting conditions are within the manufacturer limits.</w:t>
      </w:r>
    </w:p>
    <w:p>
      <w:pPr>
        <w:pStyle w:val="ListBullet"/>
        <w:spacing w:after="50"/>
        <w:ind w:left="403" w:hanging="230"/>
      </w:pPr>
      <w:r>
        <w:rPr>
          <w:rFonts w:ascii="Calibri" w:hAnsi="Calibri"/>
          <w:color w:val="243447"/>
          <w:sz w:val="21"/>
        </w:rPr>
        <w:t>Confirm that all required accessories, transceivers, power supplies, batteries, antennas, mounting components and interconnection items are available and compatible.</w:t>
      </w:r>
    </w:p>
    <w:p>
      <w:pPr>
        <w:pStyle w:val="ListBullet"/>
        <w:spacing w:after="50"/>
        <w:ind w:left="403" w:hanging="230"/>
      </w:pPr>
      <w:r>
        <w:rPr>
          <w:rFonts w:ascii="Calibri" w:hAnsi="Calibri"/>
          <w:color w:val="243447"/>
          <w:sz w:val="21"/>
        </w:rPr>
        <w:t>Do not begin installation until conflicts between the design, site conditions and manufacturer requirements have been resolved.</w:t>
      </w:r>
    </w:p>
    <w:p>
      <w:pPr>
        <w:pStyle w:val="Heading2"/>
        <w:keepNext/>
      </w:pPr>
      <w:r>
        <w:t>3.2 INSTALLATION</w:t>
      </w:r>
    </w:p>
    <w:p>
      <w:pPr>
        <w:pStyle w:val="ListBullet"/>
        <w:spacing w:after="50"/>
        <w:ind w:left="403" w:hanging="230"/>
      </w:pPr>
      <w:r>
        <w:rPr>
          <w:rFonts w:ascii="Calibri" w:hAnsi="Calibri"/>
          <w:color w:val="243447"/>
          <w:sz w:val="21"/>
        </w:rPr>
        <w:t>Confirm signal type, channel count, direction, connector, wavelength, fiber type and link distance for every optical path.</w:t>
      </w:r>
    </w:p>
    <w:p>
      <w:pPr>
        <w:pStyle w:val="ListBullet"/>
        <w:spacing w:after="50"/>
        <w:ind w:left="403" w:hanging="230"/>
      </w:pPr>
      <w:r>
        <w:rPr>
          <w:rFonts w:ascii="Calibri" w:hAnsi="Calibri"/>
          <w:color w:val="243447"/>
          <w:sz w:val="21"/>
        </w:rPr>
        <w:t>Confirm compatible transmitter, receiver, card, chassis and power-supply arrangements before installation.</w:t>
      </w:r>
    </w:p>
    <w:p>
      <w:pPr>
        <w:pStyle w:val="ListBullet"/>
        <w:spacing w:after="50"/>
        <w:ind w:left="403" w:hanging="230"/>
      </w:pPr>
      <w:r>
        <w:rPr>
          <w:rFonts w:ascii="Calibri" w:hAnsi="Calibri"/>
          <w:color w:val="243447"/>
          <w:sz w:val="21"/>
        </w:rPr>
        <w:t>Protect and route fiber in accordance with the approved drawings, maintaining bend radius and connector cleanliness.</w:t>
      </w:r>
    </w:p>
    <w:p>
      <w:pPr>
        <w:pStyle w:val="ListBullet"/>
        <w:spacing w:after="50"/>
        <w:ind w:left="403" w:hanging="230"/>
      </w:pPr>
      <w:r>
        <w:rPr>
          <w:rFonts w:ascii="Calibri" w:hAnsi="Calibri"/>
          <w:color w:val="243447"/>
          <w:sz w:val="21"/>
        </w:rPr>
        <w:t>Label all electrical interfaces, optical links, fibers, cards, chassis positions and power circuits.</w:t>
      </w:r>
    </w:p>
    <w:p>
      <w:pPr>
        <w:pStyle w:val="Heading2"/>
        <w:keepNext/>
      </w:pPr>
      <w:r>
        <w:t>3.3 CONFIGURATION AND COMMISSIONING</w:t>
      </w:r>
    </w:p>
    <w:p>
      <w:pPr>
        <w:pStyle w:val="ListBullet"/>
        <w:spacing w:after="50"/>
        <w:ind w:left="403" w:hanging="230"/>
      </w:pPr>
      <w:r>
        <w:rPr>
          <w:rFonts w:ascii="Calibri" w:hAnsi="Calibri"/>
          <w:color w:val="243447"/>
          <w:sz w:val="21"/>
        </w:rPr>
        <w:t>Verify operation of every electrical signal and optical path included in the system.</w:t>
      </w:r>
    </w:p>
    <w:p>
      <w:pPr>
        <w:pStyle w:val="ListBullet"/>
        <w:spacing w:after="50"/>
        <w:ind w:left="403" w:hanging="230"/>
      </w:pPr>
      <w:r>
        <w:rPr>
          <w:rFonts w:ascii="Calibri" w:hAnsi="Calibri"/>
          <w:color w:val="243447"/>
          <w:sz w:val="21"/>
        </w:rPr>
        <w:t>Measure or otherwise confirm optical link performance and verify that the installed loss is within the approved budget.</w:t>
      </w:r>
    </w:p>
    <w:p>
      <w:pPr>
        <w:pStyle w:val="ListBullet"/>
        <w:spacing w:after="50"/>
        <w:ind w:left="403" w:hanging="230"/>
      </w:pPr>
      <w:r>
        <w:rPr>
          <w:rFonts w:ascii="Calibri" w:hAnsi="Calibri"/>
          <w:color w:val="243447"/>
          <w:sz w:val="21"/>
        </w:rPr>
        <w:t>Demonstrate alarm, redundancy and recovery functions where supported.</w:t>
      </w:r>
    </w:p>
    <w:p>
      <w:pPr>
        <w:pStyle w:val="ListBullet"/>
        <w:spacing w:after="50"/>
        <w:ind w:left="403" w:hanging="230"/>
      </w:pPr>
      <w:r>
        <w:rPr>
          <w:rFonts w:ascii="Calibri" w:hAnsi="Calibri"/>
          <w:color w:val="243447"/>
          <w:sz w:val="21"/>
        </w:rPr>
        <w:t>Provide final channel schedules, optical test results and installed model/serial information.</w:t>
      </w:r>
    </w:p>
    <w:sectPr w:rsidR="00FC693F" w:rsidRPr="0006063C" w:rsidSect="00034616">
      <w:headerReference w:type="default" r:id="rId9"/>
      <w:footerReference w:type="default" r:id="rId10"/>
      <w:pgSz w:w="12240" w:h="15840"/>
      <w:pgMar w:top="1843" w:right="1440" w:bottom="1440" w:left="1440" w:header="360"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tblLayout w:type="fixed"/>
      <w:tblLook w:firstColumn="1" w:firstRow="1" w:lastColumn="0" w:lastRow="0" w:noHBand="0" w:noVBand="1" w:val="04A0"/>
      <w:tblBorders>
        <w:top w:val="nil"/>
        <w:left w:val="nil"/>
        <w:bottom w:val="nil"/>
        <w:right w:val="nil"/>
        <w:insideH w:val="nil"/>
        <w:insideV w:val="nil"/>
      </w:tblBorders>
    </w:tblPr>
    <w:tblGrid>
      <w:gridCol w:w="3168"/>
      <w:gridCol w:w="3024"/>
      <w:gridCol w:w="3168"/>
    </w:tblGrid>
    <w:tr>
      <w:tc>
        <w:tcPr>
          <w:tcW w:type="dxa" w:w="3120"/>
          <w:tcMar>
            <w:top w:w="0" w:type="dxa"/>
            <w:start w:w="0" w:type="dxa"/>
            <w:bottom w:w="0" w:type="dxa"/>
            <w:end w:w="0" w:type="dxa"/>
          </w:tcMar>
        </w:tcPr>
        <w:p>
          <w:pPr>
            <w:jc w:val="left"/>
          </w:pPr>
          <w:r>
            <w:rPr>
              <w:rFonts w:ascii="Calibri" w:hAnsi="Calibri"/>
              <w:color w:val="243447"/>
              <w:sz w:val="16"/>
            </w:rPr>
            <w:t>04/08/26 – Ver-1001</w:t>
          </w:r>
        </w:p>
      </w:tc>
      <w:tc>
        <w:tcPr>
          <w:tcW w:type="dxa" w:w="3120"/>
          <w:tcMar>
            <w:top w:w="0" w:type="dxa"/>
            <w:start w:w="0" w:type="dxa"/>
            <w:bottom w:w="0" w:type="dxa"/>
            <w:end w:w="0" w:type="dxa"/>
          </w:tcMar>
        </w:tcPr>
        <w:p>
          <w:pPr>
            <w:jc w:val="center"/>
          </w:pPr>
          <w:r>
            <w:rPr>
              <w:rFonts w:ascii="Calibri" w:hAnsi="Calibri"/>
              <w:color w:val="243447"/>
              <w:sz w:val="16"/>
            </w:rPr>
            <w:t>ASFOM-FPI</w:t>
          </w:r>
        </w:p>
      </w:tc>
      <w:tc>
        <w:tcPr>
          <w:tcW w:type="dxa" w:w="3120"/>
          <w:tcMar>
            <w:top w:w="0" w:type="dxa"/>
            <w:start w:w="0" w:type="dxa"/>
            <w:bottom w:w="0" w:type="dxa"/>
            <w:end w:w="0" w:type="dxa"/>
          </w:tcMar>
        </w:tcPr>
        <w:p>
          <w:pPr>
            <w:jc w:val="right"/>
          </w:pPr>
          <w:r>
            <w:fldChar w:fldCharType="begin"/>
            <w:instrText xml:space="preserve"> PAGE </w:instrText>
            <w:fldChar w:fldCharType="end"/>
          </w:r>
          <w:r>
            <w:rPr>
              <w:rFonts w:ascii="Calibri" w:hAnsi="Calibri"/>
              <w:color w:val="243447"/>
              <w:sz w:val="16"/>
            </w:rPr>
            <w:t xml:space="preserve"> | Page</w:t>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6912"/>
      <w:gridCol w:w="2448"/>
    </w:tblGrid>
    <w:tr>
      <w:tc>
        <w:tcPr>
          <w:tcW w:type="dxa" w:w="4680"/>
          <w:vAlign w:val="center"/>
          <w:tcMar>
            <w:top w:w="0" w:type="dxa"/>
            <w:start w:w="0" w:type="dxa"/>
            <w:bottom w:w="0" w:type="dxa"/>
            <w:end w:w="0" w:type="dxa"/>
          </w:tcMar>
        </w:tcPr>
        <w:p>
          <w:pPr>
            <w:jc w:val="left"/>
          </w:pPr>
          <w:r>
            <w:rPr>
              <w:rFonts w:ascii="Calibri" w:hAnsi="Calibri"/>
              <w:b/>
              <w:color w:val="5E6875"/>
              <w:sz w:val="17"/>
            </w:rPr>
            <w:t>KBC NETWORKS  |  ASFOM-FPI</w:t>
          </w:r>
        </w:p>
      </w:tc>
      <w:tc>
        <w:tcPr>
          <w:tcW w:type="dxa" w:w="4680"/>
          <w:vAlign w:val="center"/>
          <w:tcMar>
            <w:top w:w="0" w:type="dxa"/>
            <w:start w:w="0" w:type="dxa"/>
            <w:bottom w:w="0" w:type="dxa"/>
            <w:end w:w="0" w:type="dxa"/>
          </w:tcMar>
        </w:tcPr>
        <w:p>
          <w:pPr>
            <w:jc w:val="right"/>
          </w:pPr>
          <w:r>
            <w:drawing>
              <wp:inline xmlns:a="http://schemas.openxmlformats.org/drawingml/2006/main" xmlns:pic="http://schemas.openxmlformats.org/drawingml/2006/picture">
                <wp:extent cx="1325880" cy="493351"/>
                <wp:docPr id="1" name="Picture 1"/>
                <wp:cNvGraphicFramePr>
                  <a:graphicFrameLocks noChangeAspect="1"/>
                </wp:cNvGraphicFramePr>
                <a:graphic>
                  <a:graphicData uri="http://schemas.openxmlformats.org/drawingml/2006/picture">
                    <pic:pic>
                      <pic:nvPicPr>
                        <pic:cNvPr id="0" name="kbc_logo.png"/>
                        <pic:cNvPicPr/>
                      </pic:nvPicPr>
                      <pic:blipFill>
                        <a:blip r:embed="rId1"/>
                        <a:stretch>
                          <a:fillRect/>
                        </a:stretch>
                      </pic:blipFill>
                      <pic:spPr>
                        <a:xfrm>
                          <a:off x="0" y="0"/>
                          <a:ext cx="1325880" cy="493351"/>
                        </a:xfrm>
                        <a:prstGeom prst="rect"/>
                      </pic:spPr>
                    </pic:pic>
                  </a:graphicData>
                </a:graphic>
              </wp:inline>
            </w:drawing>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4" w:lineRule="auto"/>
    </w:pPr>
    <w:rPr>
      <w:rFonts w:ascii="Calibri" w:hAnsi="Calibri"/>
      <w:color w:val="243447"/>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20" w:after="100"/>
      <w:outlineLvl w:val="0"/>
    </w:pPr>
    <w:rPr>
      <w:rFonts w:asciiTheme="majorHAnsi" w:eastAsiaTheme="majorEastAsia" w:hAnsiTheme="majorHAnsi" w:cstheme="majorBidi" w:ascii="Calibri" w:hAnsi="Calibri"/>
      <w:b/>
      <w:bCs/>
      <w:color w:val="FC7C00"/>
      <w:sz w:val="32"/>
      <w:szCs w:val="28"/>
    </w:rPr>
  </w:style>
  <w:style w:type="paragraph" w:styleId="Heading2">
    <w:name w:val="heading 2"/>
    <w:basedOn w:val="Normal"/>
    <w:next w:val="Normal"/>
    <w:link w:val="Heading2Char"/>
    <w:uiPriority w:val="9"/>
    <w:unhideWhenUsed/>
    <w:qFormat/>
    <w:rsid w:val="00FC693F"/>
    <w:pPr>
      <w:keepNext/>
      <w:keepLines/>
      <w:spacing w:before="160" w:after="100"/>
      <w:outlineLvl w:val="1"/>
    </w:pPr>
    <w:rPr>
      <w:rFonts w:asciiTheme="majorHAnsi" w:eastAsiaTheme="majorEastAsia" w:hAnsiTheme="majorHAnsi" w:cstheme="majorBidi" w:ascii="Calibri" w:hAnsi="Calibri"/>
      <w:b/>
      <w:bCs/>
      <w:color w:val="FC7C00"/>
      <w:sz w:val="26"/>
      <w:szCs w:val="26"/>
    </w:rPr>
  </w:style>
  <w:style w:type="paragraph" w:styleId="Heading3">
    <w:name w:val="heading 3"/>
    <w:basedOn w:val="Normal"/>
    <w:next w:val="Normal"/>
    <w:link w:val="Heading3Char"/>
    <w:uiPriority w:val="9"/>
    <w:unhideWhenUsed/>
    <w:qFormat/>
    <w:rsid w:val="00FC693F"/>
    <w:pPr>
      <w:keepNext/>
      <w:keepLines/>
      <w:spacing w:before="160" w:after="100"/>
      <w:outlineLvl w:val="2"/>
    </w:pPr>
    <w:rPr>
      <w:rFonts w:asciiTheme="majorHAnsi" w:eastAsiaTheme="majorEastAsia" w:hAnsiTheme="majorHAnsi" w:cstheme="majorBidi" w:ascii="Calibri" w:hAnsi="Calibri"/>
      <w:b/>
      <w:bCs/>
      <w:color w:val="FC7C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160" w:line="240" w:lineRule="auto"/>
      <w:contextualSpacing/>
    </w:pPr>
    <w:rPr>
      <w:rFonts w:asciiTheme="majorHAnsi" w:eastAsiaTheme="majorEastAsia" w:hAnsiTheme="majorHAnsi" w:cstheme="majorBidi" w:ascii="Calibri" w:hAnsi="Calibri"/>
      <w:b/>
      <w:color w:val="243447"/>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KBCTableText">
    <w:name w:val="KBC Table Text"/>
    <w:pPr>
      <w:spacing w:after="0" w:line="240" w:lineRule="auto"/>
    </w:pPr>
    <w:rPr>
      <w:rFonts w:ascii="Calibri" w:hAnsi="Calibri"/>
      <w:color w:val="243447"/>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KBC A&amp;E Specification - ASFOM-FPI</dc:title>
  <dc:subject>Industrial fiber-optic transmission equipment</dc:subject>
  <dc:creator>KBC Networks</dc:creator>
  <cp:keywords>A&amp;E specification, KBC Networks, fiber-optic</cp:keywords>
  <dc:description>generated by python-docx</dc:description>
  <cp:lastModifiedBy/>
  <cp:revision>1</cp:revision>
  <dcterms:created xsi:type="dcterms:W3CDTF">2013-12-23T23:15:00Z</dcterms:created>
  <dcterms:modified xsi:type="dcterms:W3CDTF">2013-12-23T23:15:00Z</dcterms:modified>
  <cp:category/>
</cp:coreProperties>
</file>