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ASFOM-FPE</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specsheet-asfom_fpe_series-low-rev1401.pdf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ASFOM-FPE. Source description: E1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ASFOM-FPE, or an approved equivalent meeting all requirements below. It shall be supplied as e1 point-to-point transmission.</w:t>
      </w:r>
    </w:p>
    <w:p>
      <w:pPr>
        <w:pStyle w:val="Heading2"/>
        <w:keepNext/>
      </w:pPr>
      <w:r>
        <w:t>2.2 PRODUCT DESCRIPTION</w:t>
      </w:r>
    </w:p>
    <w:p>
      <w:r>
        <w:t>The KBC FPE series is part of the ASFOM product family and provides unique, user configurable solutions for E1, 2.048 Mbps data signals. It supports transmission of up to 64 E1 channels</w:t>
      </w:r>
    </w:p>
    <w:p>
      <w:r>
        <w:t>The plug-and-play design ensures ease of installation with no electrical or optical adjustment needed. LED indicators are provided to clearly show the operational status of the unit.</w:t>
      </w:r>
    </w:p>
    <w:p>
      <w:r>
        <w:t>Depending on system requirements, units are available in wall- mount, 1U or 2U 19” rack or 4U chassis card.</w:t>
      </w:r>
    </w:p>
    <w:p>
      <w:pPr>
        <w:pStyle w:val="Heading2"/>
        <w:keepNext/>
      </w:pPr>
      <w:r>
        <w:t>2.3 KEY FEATURES</w:t>
      </w:r>
    </w:p>
    <w:p>
      <w:pPr>
        <w:pStyle w:val="ListBullet"/>
        <w:spacing w:after="50"/>
        <w:ind w:left="403" w:hanging="230"/>
      </w:pPr>
      <w:r>
        <w:rPr>
          <w:rFonts w:ascii="Calibri" w:hAnsi="Calibri"/>
          <w:color w:val="243447"/>
          <w:sz w:val="21"/>
        </w:rPr>
        <w:t>Up to 64 E1 channels</w:t>
      </w:r>
    </w:p>
    <w:p>
      <w:pPr>
        <w:pStyle w:val="ListBullet"/>
        <w:spacing w:after="50"/>
        <w:ind w:left="403" w:hanging="230"/>
      </w:pPr>
      <w:r>
        <w:rPr>
          <w:rFonts w:ascii="Calibri" w:hAnsi="Calibri"/>
          <w:color w:val="243447"/>
          <w:sz w:val="21"/>
        </w:rPr>
        <w:t>Dual BNC connectors</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Wall-mount, rack or chassis configurations</w:t>
      </w:r>
    </w:p>
    <w:p>
      <w:pPr>
        <w:pStyle w:val="ListBullet"/>
        <w:spacing w:after="50"/>
        <w:ind w:left="403" w:hanging="230"/>
      </w:pPr>
      <w:r>
        <w:rPr>
          <w:rFonts w:ascii="Calibri" w:hAnsi="Calibri"/>
          <w:color w:val="243447"/>
          <w:sz w:val="21"/>
        </w:rPr>
        <w:t>Unique Configurator software package</w:t>
      </w:r>
    </w:p>
    <w:p>
      <w:pPr>
        <w:pStyle w:val="ListBullet"/>
        <w:spacing w:after="50"/>
        <w:ind w:left="403" w:hanging="230"/>
      </w:pPr>
      <w:r>
        <w:rPr>
          <w:rFonts w:ascii="Calibri" w:hAnsi="Calibri"/>
          <w:color w:val="243447"/>
          <w:sz w:val="21"/>
        </w:rPr>
        <w:t>No fixed configuration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E1 -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64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E1 -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2.048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E1 - Code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HDB3/AMI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E1 - Impedance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221mm x 155mm x 36mm (8.7” x 6.1”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1U 19”, 1U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- 2U</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 2U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4U Chassis Card Slots(2)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Depends on configuration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Rack Module(1)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 2A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 Supplied from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FR3 or FR4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E1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x 75Ω BNC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specsheet-asfom_fpe_series-low-rev1401.pdf.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ASFOM-FPE</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ASFOM-FPE</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ASFOM-FPE</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